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3D4C2" w14:textId="77777777" w:rsidR="00866376" w:rsidRDefault="00000000">
      <w:pPr>
        <w:pStyle w:val="aa"/>
        <w:jc w:val="center"/>
      </w:pPr>
      <w:r>
        <w:t>學生實作輔助筆記</w:t>
      </w:r>
    </w:p>
    <w:p w14:paraId="4AC5FB1B" w14:textId="77777777" w:rsidR="00866376" w:rsidRDefault="00000000">
      <w:pPr>
        <w:jc w:val="center"/>
      </w:pPr>
      <w:r>
        <w:rPr>
          <w:color w:val="555555"/>
          <w:sz w:val="24"/>
        </w:rPr>
        <w:t>用 Gemini AI 準備 Aptitude Test</w:t>
      </w:r>
    </w:p>
    <w:p w14:paraId="16B499BB" w14:textId="7D451A29" w:rsidR="00866376" w:rsidRDefault="00000000" w:rsidP="001B21F3">
      <w:pPr>
        <w:jc w:val="center"/>
        <w:rPr>
          <w:rFonts w:hint="eastAsia"/>
          <w:lang w:eastAsia="zh-TW"/>
        </w:rPr>
      </w:pPr>
      <w:r>
        <w:t>45 分鐘課堂  · Predict → Practise → Diagnose</w:t>
      </w:r>
      <w:r>
        <w:br/>
      </w:r>
      <w:proofErr w:type="spellStart"/>
      <w:r>
        <w:t>課堂網頁：https</w:t>
      </w:r>
      <w:proofErr w:type="spellEnd"/>
      <w:r>
        <w:t xml:space="preserve">://aiacademy.com.hk/　</w:t>
      </w:r>
    </w:p>
    <w:p w14:paraId="297A5262" w14:textId="77777777" w:rsidR="00866376" w:rsidRDefault="00000000">
      <w:pPr>
        <w:pStyle w:val="1"/>
      </w:pPr>
      <w:proofErr w:type="spellStart"/>
      <w:r>
        <w:t>課堂互動原則</w:t>
      </w:r>
      <w:proofErr w:type="spellEnd"/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66376" w14:paraId="6E2A6665" w14:textId="77777777">
        <w:tc>
          <w:tcPr>
            <w:tcW w:w="4320" w:type="dxa"/>
          </w:tcPr>
          <w:p w14:paraId="54B73CF6" w14:textId="77777777" w:rsidR="00866376" w:rsidRDefault="00000000">
            <w:r>
              <w:rPr>
                <w:b/>
              </w:rPr>
              <w:t>原則</w:t>
            </w:r>
          </w:p>
        </w:tc>
        <w:tc>
          <w:tcPr>
            <w:tcW w:w="4320" w:type="dxa"/>
          </w:tcPr>
          <w:p w14:paraId="14AA8E86" w14:textId="77777777" w:rsidR="00866376" w:rsidRDefault="00000000">
            <w:r>
              <w:rPr>
                <w:b/>
              </w:rPr>
              <w:t>說明</w:t>
            </w:r>
          </w:p>
        </w:tc>
      </w:tr>
      <w:tr w:rsidR="00866376" w14:paraId="7C52C8C2" w14:textId="77777777">
        <w:tc>
          <w:tcPr>
            <w:tcW w:w="4320" w:type="dxa"/>
          </w:tcPr>
          <w:p w14:paraId="6BA727FA" w14:textId="77777777" w:rsidR="00866376" w:rsidRDefault="00000000">
            <w:r>
              <w:t>表格輸出</w:t>
            </w:r>
          </w:p>
        </w:tc>
        <w:tc>
          <w:tcPr>
            <w:tcW w:w="4320" w:type="dxa"/>
          </w:tcPr>
          <w:p w14:paraId="06B58242" w14:textId="77777777" w:rsidR="00866376" w:rsidRDefault="00000000">
            <w:r>
              <w:t>Predict / Practise / Diagnose 均要求 Gemini 以 markdown 表格回覆</w:t>
            </w:r>
          </w:p>
        </w:tc>
      </w:tr>
      <w:tr w:rsidR="00866376" w14:paraId="0B7B5B17" w14:textId="77777777">
        <w:tc>
          <w:tcPr>
            <w:tcW w:w="4320" w:type="dxa"/>
          </w:tcPr>
          <w:p w14:paraId="0EECAFD1" w14:textId="77777777" w:rsidR="00866376" w:rsidRDefault="00000000">
            <w:r>
              <w:t>不用抄寫</w:t>
            </w:r>
          </w:p>
        </w:tc>
        <w:tc>
          <w:tcPr>
            <w:tcW w:w="4320" w:type="dxa"/>
          </w:tcPr>
          <w:p w14:paraId="2921A9C9" w14:textId="77777777" w:rsidR="00866376" w:rsidRDefault="00000000">
            <w:r>
              <w:t>成果留在 Gemini 對話；跟看螢幕即可</w:t>
            </w:r>
          </w:p>
        </w:tc>
      </w:tr>
      <w:tr w:rsidR="00866376" w14:paraId="23365966" w14:textId="77777777">
        <w:tc>
          <w:tcPr>
            <w:tcW w:w="4320" w:type="dxa"/>
          </w:tcPr>
          <w:p w14:paraId="16623762" w14:textId="77777777" w:rsidR="00866376" w:rsidRDefault="00000000">
            <w:r>
              <w:t>老師帶領</w:t>
            </w:r>
          </w:p>
        </w:tc>
        <w:tc>
          <w:tcPr>
            <w:tcW w:w="4320" w:type="dxa"/>
          </w:tcPr>
          <w:p w14:paraId="50F35CA7" w14:textId="77777777" w:rsidR="00866376" w:rsidRDefault="00000000">
            <w:pPr>
              <w:rPr>
                <w:lang w:eastAsia="zh-TW"/>
              </w:rPr>
            </w:pPr>
            <w:r>
              <w:rPr>
                <w:lang w:eastAsia="zh-TW"/>
              </w:rPr>
              <w:t>第三～五段由老師逐步帶領貼 prompt、作答、收卷</w:t>
            </w:r>
          </w:p>
        </w:tc>
      </w:tr>
    </w:tbl>
    <w:tbl>
      <w:tblPr>
        <w:tblStyle w:val="aff2"/>
        <w:tblpPr w:leftFromText="180" w:rightFromText="180" w:vertAnchor="text" w:horzAnchor="margin" w:tblpY="1416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B21F3" w14:paraId="3915D88F" w14:textId="77777777" w:rsidTr="001B21F3">
        <w:tc>
          <w:tcPr>
            <w:tcW w:w="2880" w:type="dxa"/>
          </w:tcPr>
          <w:p w14:paraId="4AD4A73E" w14:textId="77777777" w:rsidR="001B21F3" w:rsidRDefault="001B21F3" w:rsidP="001B21F3">
            <w:proofErr w:type="spellStart"/>
            <w:r>
              <w:rPr>
                <w:b/>
              </w:rPr>
              <w:t>階段</w:t>
            </w:r>
            <w:proofErr w:type="spellEnd"/>
          </w:p>
        </w:tc>
        <w:tc>
          <w:tcPr>
            <w:tcW w:w="2880" w:type="dxa"/>
          </w:tcPr>
          <w:p w14:paraId="5B20C133" w14:textId="77777777" w:rsidR="001B21F3" w:rsidRDefault="001B21F3" w:rsidP="001B21F3">
            <w:r>
              <w:rPr>
                <w:b/>
              </w:rPr>
              <w:t>你要解決的問題</w:t>
            </w:r>
          </w:p>
        </w:tc>
        <w:tc>
          <w:tcPr>
            <w:tcW w:w="2880" w:type="dxa"/>
          </w:tcPr>
          <w:p w14:paraId="12A0ACE7" w14:textId="77777777" w:rsidR="001B21F3" w:rsidRDefault="001B21F3" w:rsidP="001B21F3">
            <w:r>
              <w:rPr>
                <w:b/>
              </w:rPr>
              <w:t>Gemini 產出</w:t>
            </w:r>
          </w:p>
        </w:tc>
      </w:tr>
      <w:tr w:rsidR="001B21F3" w14:paraId="3381FB23" w14:textId="77777777" w:rsidTr="001B21F3">
        <w:tc>
          <w:tcPr>
            <w:tcW w:w="2880" w:type="dxa"/>
          </w:tcPr>
          <w:p w14:paraId="1621BA19" w14:textId="77777777" w:rsidR="001B21F3" w:rsidRDefault="001B21F3" w:rsidP="001B21F3">
            <w:r>
              <w:t>1. Predict</w:t>
            </w:r>
          </w:p>
        </w:tc>
        <w:tc>
          <w:tcPr>
            <w:tcW w:w="2880" w:type="dxa"/>
          </w:tcPr>
          <w:p w14:paraId="26ED03E3" w14:textId="77777777" w:rsidR="001B21F3" w:rsidRDefault="001B21F3" w:rsidP="001B21F3">
            <w:pPr>
              <w:rPr>
                <w:lang w:eastAsia="zh-TW"/>
              </w:rPr>
            </w:pPr>
            <w:r>
              <w:rPr>
                <w:lang w:eastAsia="zh-TW"/>
              </w:rPr>
              <w:t>這個職位可能考什麼？</w:t>
            </w:r>
          </w:p>
        </w:tc>
        <w:tc>
          <w:tcPr>
            <w:tcW w:w="2880" w:type="dxa"/>
          </w:tcPr>
          <w:p w14:paraId="6DBAD4C8" w14:textId="77777777" w:rsidR="001B21F3" w:rsidRDefault="001B21F3" w:rsidP="001B21F3">
            <w:proofErr w:type="spellStart"/>
            <w:r>
              <w:t>預測表（繁中</w:t>
            </w:r>
            <w:proofErr w:type="spellEnd"/>
            <w:r>
              <w:t>）</w:t>
            </w:r>
          </w:p>
        </w:tc>
      </w:tr>
      <w:tr w:rsidR="001B21F3" w14:paraId="0B3CE8D3" w14:textId="77777777" w:rsidTr="001B21F3">
        <w:tc>
          <w:tcPr>
            <w:tcW w:w="2880" w:type="dxa"/>
          </w:tcPr>
          <w:p w14:paraId="1C8C3892" w14:textId="77777777" w:rsidR="001B21F3" w:rsidRDefault="001B21F3" w:rsidP="001B21F3">
            <w:r>
              <w:t>2. Practise</w:t>
            </w:r>
          </w:p>
        </w:tc>
        <w:tc>
          <w:tcPr>
            <w:tcW w:w="2880" w:type="dxa"/>
          </w:tcPr>
          <w:p w14:paraId="4A62FE1F" w14:textId="77777777" w:rsidR="001B21F3" w:rsidRDefault="001B21F3" w:rsidP="001B21F3">
            <w:r>
              <w:t>我能不能做題？</w:t>
            </w:r>
          </w:p>
        </w:tc>
        <w:tc>
          <w:tcPr>
            <w:tcW w:w="2880" w:type="dxa"/>
          </w:tcPr>
          <w:p w14:paraId="52BBD73C" w14:textId="77777777" w:rsidR="001B21F3" w:rsidRDefault="001B21F3" w:rsidP="001B21F3">
            <w:r>
              <w:t>成績總表（第四段 1+1+1+3）</w:t>
            </w:r>
          </w:p>
        </w:tc>
      </w:tr>
      <w:tr w:rsidR="001B21F3" w14:paraId="5C47C582" w14:textId="77777777" w:rsidTr="001B21F3">
        <w:tc>
          <w:tcPr>
            <w:tcW w:w="2880" w:type="dxa"/>
          </w:tcPr>
          <w:p w14:paraId="3ABC99D4" w14:textId="77777777" w:rsidR="001B21F3" w:rsidRDefault="001B21F3" w:rsidP="001B21F3">
            <w:r>
              <w:t>3. Diagnose</w:t>
            </w:r>
          </w:p>
        </w:tc>
        <w:tc>
          <w:tcPr>
            <w:tcW w:w="2880" w:type="dxa"/>
          </w:tcPr>
          <w:p w14:paraId="7066362D" w14:textId="77777777" w:rsidR="001B21F3" w:rsidRDefault="001B21F3" w:rsidP="001B21F3">
            <w:r>
              <w:t>我錯在哪？怎麼改？</w:t>
            </w:r>
          </w:p>
        </w:tc>
        <w:tc>
          <w:tcPr>
            <w:tcW w:w="2880" w:type="dxa"/>
          </w:tcPr>
          <w:p w14:paraId="1C394639" w14:textId="77777777" w:rsidR="001B21F3" w:rsidRDefault="001B21F3" w:rsidP="001B21F3">
            <w:r>
              <w:t>診斷總表（繁中；分析 Practise 結果）</w:t>
            </w:r>
          </w:p>
        </w:tc>
      </w:tr>
    </w:tbl>
    <w:p w14:paraId="771052A7" w14:textId="77777777" w:rsidR="00866376" w:rsidRDefault="00866376">
      <w:pPr>
        <w:rPr>
          <w:rFonts w:hint="eastAsia"/>
          <w:lang w:eastAsia="zh-TW"/>
        </w:rPr>
      </w:pPr>
    </w:p>
    <w:p w14:paraId="483FBE23" w14:textId="77777777" w:rsidR="00866376" w:rsidRDefault="00000000">
      <w:pPr>
        <w:pStyle w:val="1"/>
      </w:pPr>
      <w:proofErr w:type="spellStart"/>
      <w:r>
        <w:t>課堂主線</w:t>
      </w:r>
      <w:proofErr w:type="spellEnd"/>
    </w:p>
    <w:p w14:paraId="7C7EDD56" w14:textId="77777777" w:rsidR="00866376" w:rsidRDefault="00866376"/>
    <w:p w14:paraId="29FE1A77" w14:textId="77777777" w:rsidR="00866376" w:rsidRDefault="00000000">
      <w:pPr>
        <w:pStyle w:val="1"/>
      </w:pPr>
      <w:r>
        <w:t xml:space="preserve">Prompt </w:t>
      </w:r>
      <w:r>
        <w:t>順序（老師</w:t>
      </w:r>
      <w:r>
        <w:t xml:space="preserve"> vs </w:t>
      </w:r>
      <w:r>
        <w:t>學生）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66376" w14:paraId="707ADD7C" w14:textId="77777777">
        <w:tc>
          <w:tcPr>
            <w:tcW w:w="2880" w:type="dxa"/>
          </w:tcPr>
          <w:p w14:paraId="144A0234" w14:textId="77777777" w:rsidR="00866376" w:rsidRDefault="00000000">
            <w:r>
              <w:rPr>
                <w:b/>
              </w:rPr>
              <w:t>角色</w:t>
            </w:r>
          </w:p>
        </w:tc>
        <w:tc>
          <w:tcPr>
            <w:tcW w:w="2880" w:type="dxa"/>
          </w:tcPr>
          <w:p w14:paraId="7643367D" w14:textId="77777777" w:rsidR="00866376" w:rsidRDefault="00000000">
            <w:r>
              <w:rPr>
                <w:b/>
              </w:rPr>
              <w:t>順序</w:t>
            </w:r>
          </w:p>
        </w:tc>
        <w:tc>
          <w:tcPr>
            <w:tcW w:w="2880" w:type="dxa"/>
          </w:tcPr>
          <w:p w14:paraId="0B8E630F" w14:textId="77777777" w:rsidR="00866376" w:rsidRDefault="00000000">
            <w:r>
              <w:rPr>
                <w:b/>
              </w:rPr>
              <w:t>備註</w:t>
            </w:r>
          </w:p>
        </w:tc>
      </w:tr>
      <w:tr w:rsidR="00866376" w14:paraId="1AE2B7E9" w14:textId="77777777">
        <w:tc>
          <w:tcPr>
            <w:tcW w:w="2880" w:type="dxa"/>
          </w:tcPr>
          <w:p w14:paraId="7CB72EF1" w14:textId="77777777" w:rsidR="00866376" w:rsidRDefault="00000000">
            <w:proofErr w:type="spellStart"/>
            <w:r>
              <w:t>你（第三～五段</w:t>
            </w:r>
            <w:proofErr w:type="spellEnd"/>
            <w:r>
              <w:t>）</w:t>
            </w:r>
          </w:p>
        </w:tc>
        <w:tc>
          <w:tcPr>
            <w:tcW w:w="2880" w:type="dxa"/>
          </w:tcPr>
          <w:p w14:paraId="1A90D6C1" w14:textId="77777777" w:rsidR="00866376" w:rsidRDefault="00000000">
            <w:r>
              <w:t>01+00 → 02 → 03</w:t>
            </w:r>
          </w:p>
        </w:tc>
        <w:tc>
          <w:tcPr>
            <w:tcW w:w="2880" w:type="dxa"/>
          </w:tcPr>
          <w:p w14:paraId="1218B235" w14:textId="77777777" w:rsidR="001B21F3" w:rsidRDefault="00000000">
            <w:pPr>
              <w:rPr>
                <w:lang w:eastAsia="zh-TW"/>
              </w:rPr>
            </w:pPr>
            <w:r>
              <w:rPr>
                <w:lang w:eastAsia="zh-TW"/>
              </w:rPr>
              <w:t>第三段開新對話；</w:t>
            </w:r>
          </w:p>
          <w:p w14:paraId="418B5FB0" w14:textId="2866FD85" w:rsidR="00866376" w:rsidRDefault="00000000">
            <w:pPr>
              <w:rPr>
                <w:rFonts w:hint="eastAsia"/>
                <w:lang w:eastAsia="zh-TW"/>
              </w:rPr>
            </w:pPr>
            <w:r>
              <w:rPr>
                <w:lang w:eastAsia="zh-TW"/>
              </w:rPr>
              <w:t>第四段用 02</w:t>
            </w:r>
          </w:p>
        </w:tc>
      </w:tr>
    </w:tbl>
    <w:p w14:paraId="12D1CD3B" w14:textId="77777777" w:rsidR="00866376" w:rsidRDefault="00000000">
      <w:r>
        <w:t>01+00：先貼 01-predict，再把 00 job ad 貼在 [paste here]，同一則訊息送出。投考 CRE 公務員則以 06 取代 00。</w:t>
      </w:r>
    </w:p>
    <w:p w14:paraId="15BB064F" w14:textId="77777777" w:rsidR="00866376" w:rsidRDefault="00000000">
      <w:pPr>
        <w:pStyle w:val="1"/>
      </w:pPr>
      <w:r>
        <w:lastRenderedPageBreak/>
        <w:t xml:space="preserve">45 </w:t>
      </w:r>
      <w:r>
        <w:t>分鐘</w:t>
      </w:r>
      <w:r>
        <w:t xml:space="preserve"> · </w:t>
      </w:r>
      <w:r>
        <w:t>五段流程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66376" w14:paraId="54EB9ED0" w14:textId="77777777">
        <w:tc>
          <w:tcPr>
            <w:tcW w:w="1728" w:type="dxa"/>
          </w:tcPr>
          <w:p w14:paraId="42EDCF2E" w14:textId="77777777" w:rsidR="00866376" w:rsidRDefault="00000000">
            <w:r>
              <w:rPr>
                <w:b/>
              </w:rPr>
              <w:t>時間</w:t>
            </w:r>
          </w:p>
        </w:tc>
        <w:tc>
          <w:tcPr>
            <w:tcW w:w="1728" w:type="dxa"/>
          </w:tcPr>
          <w:p w14:paraId="3831E051" w14:textId="77777777" w:rsidR="00866376" w:rsidRDefault="00000000">
            <w:r>
              <w:rPr>
                <w:b/>
              </w:rPr>
              <w:t>段</w:t>
            </w:r>
          </w:p>
        </w:tc>
        <w:tc>
          <w:tcPr>
            <w:tcW w:w="1728" w:type="dxa"/>
          </w:tcPr>
          <w:p w14:paraId="6C775DA3" w14:textId="77777777" w:rsidR="00866376" w:rsidRDefault="00000000">
            <w:r>
              <w:rPr>
                <w:b/>
              </w:rPr>
              <w:t>環節</w:t>
            </w:r>
          </w:p>
        </w:tc>
        <w:tc>
          <w:tcPr>
            <w:tcW w:w="1728" w:type="dxa"/>
          </w:tcPr>
          <w:p w14:paraId="3A502ABB" w14:textId="77777777" w:rsidR="00866376" w:rsidRDefault="00000000">
            <w:r>
              <w:rPr>
                <w:b/>
              </w:rPr>
              <w:t>Slide</w:t>
            </w:r>
          </w:p>
        </w:tc>
        <w:tc>
          <w:tcPr>
            <w:tcW w:w="1728" w:type="dxa"/>
          </w:tcPr>
          <w:p w14:paraId="30840CCB" w14:textId="77777777" w:rsidR="00866376" w:rsidRDefault="00000000">
            <w:r>
              <w:rPr>
                <w:b/>
              </w:rPr>
              <w:t>操作</w:t>
            </w:r>
          </w:p>
        </w:tc>
      </w:tr>
      <w:tr w:rsidR="00866376" w14:paraId="1B0DEA2F" w14:textId="77777777">
        <w:tc>
          <w:tcPr>
            <w:tcW w:w="1728" w:type="dxa"/>
          </w:tcPr>
          <w:p w14:paraId="6E386DF2" w14:textId="77777777" w:rsidR="00866376" w:rsidRDefault="00000000">
            <w:r>
              <w:t>0–5</w:t>
            </w:r>
          </w:p>
        </w:tc>
        <w:tc>
          <w:tcPr>
            <w:tcW w:w="1728" w:type="dxa"/>
          </w:tcPr>
          <w:p w14:paraId="05DEDBB2" w14:textId="77777777" w:rsidR="00866376" w:rsidRDefault="00000000">
            <w:r>
              <w:t>一</w:t>
            </w:r>
          </w:p>
        </w:tc>
        <w:tc>
          <w:tcPr>
            <w:tcW w:w="1728" w:type="dxa"/>
          </w:tcPr>
          <w:p w14:paraId="519EFC07" w14:textId="77777777" w:rsidR="00866376" w:rsidRDefault="00000000">
            <w:r>
              <w:t>開場</w:t>
            </w:r>
          </w:p>
        </w:tc>
        <w:tc>
          <w:tcPr>
            <w:tcW w:w="1728" w:type="dxa"/>
          </w:tcPr>
          <w:p w14:paraId="5B377381" w14:textId="77777777" w:rsidR="00866376" w:rsidRDefault="00000000">
            <w:r>
              <w:t>2–6, 18</w:t>
            </w:r>
          </w:p>
        </w:tc>
        <w:tc>
          <w:tcPr>
            <w:tcW w:w="1728" w:type="dxa"/>
          </w:tcPr>
          <w:p w14:paraId="79570955" w14:textId="77777777" w:rsidR="00866376" w:rsidRDefault="00000000">
            <w:pPr>
              <w:rPr>
                <w:lang w:eastAsia="zh-TW"/>
              </w:rPr>
            </w:pPr>
            <w:r>
              <w:rPr>
                <w:lang w:eastAsia="zh-TW"/>
              </w:rPr>
              <w:t>打開課堂網頁 + Gemini</w:t>
            </w:r>
          </w:p>
        </w:tc>
      </w:tr>
      <w:tr w:rsidR="00866376" w14:paraId="18CEE553" w14:textId="77777777">
        <w:tc>
          <w:tcPr>
            <w:tcW w:w="1728" w:type="dxa"/>
          </w:tcPr>
          <w:p w14:paraId="7FDDBA8D" w14:textId="77777777" w:rsidR="00866376" w:rsidRDefault="00000000">
            <w:r>
              <w:t>5–15</w:t>
            </w:r>
          </w:p>
        </w:tc>
        <w:tc>
          <w:tcPr>
            <w:tcW w:w="1728" w:type="dxa"/>
          </w:tcPr>
          <w:p w14:paraId="784ABD3D" w14:textId="77777777" w:rsidR="00866376" w:rsidRDefault="00000000">
            <w:r>
              <w:t>二</w:t>
            </w:r>
          </w:p>
        </w:tc>
        <w:tc>
          <w:tcPr>
            <w:tcW w:w="1728" w:type="dxa"/>
          </w:tcPr>
          <w:p w14:paraId="664ABD7A" w14:textId="77777777" w:rsidR="00866376" w:rsidRDefault="00000000">
            <w:r>
              <w:t>Demo</w:t>
            </w:r>
          </w:p>
        </w:tc>
        <w:tc>
          <w:tcPr>
            <w:tcW w:w="1728" w:type="dxa"/>
          </w:tcPr>
          <w:p w14:paraId="5C53D5F3" w14:textId="77777777" w:rsidR="00866376" w:rsidRDefault="00000000">
            <w:r>
              <w:t>7–17</w:t>
            </w:r>
          </w:p>
        </w:tc>
        <w:tc>
          <w:tcPr>
            <w:tcW w:w="1728" w:type="dxa"/>
          </w:tcPr>
          <w:p w14:paraId="1743A2F2" w14:textId="77777777" w:rsidR="00866376" w:rsidRDefault="00000000">
            <w:r>
              <w:t>跟看：Predict → Practise(11) → Diagnose</w:t>
            </w:r>
          </w:p>
        </w:tc>
      </w:tr>
      <w:tr w:rsidR="00866376" w14:paraId="7EAA6418" w14:textId="77777777">
        <w:tc>
          <w:tcPr>
            <w:tcW w:w="1728" w:type="dxa"/>
          </w:tcPr>
          <w:p w14:paraId="54405899" w14:textId="77777777" w:rsidR="00866376" w:rsidRDefault="00000000">
            <w:r>
              <w:t>15–22</w:t>
            </w:r>
          </w:p>
        </w:tc>
        <w:tc>
          <w:tcPr>
            <w:tcW w:w="1728" w:type="dxa"/>
          </w:tcPr>
          <w:p w14:paraId="4393CF4E" w14:textId="77777777" w:rsidR="00866376" w:rsidRDefault="00000000">
            <w:r>
              <w:t>三</w:t>
            </w:r>
          </w:p>
        </w:tc>
        <w:tc>
          <w:tcPr>
            <w:tcW w:w="1728" w:type="dxa"/>
          </w:tcPr>
          <w:p w14:paraId="1884C87E" w14:textId="77777777" w:rsidR="00866376" w:rsidRDefault="00000000">
            <w:r>
              <w:t>Predict</w:t>
            </w:r>
          </w:p>
        </w:tc>
        <w:tc>
          <w:tcPr>
            <w:tcW w:w="1728" w:type="dxa"/>
          </w:tcPr>
          <w:p w14:paraId="390C457E" w14:textId="77777777" w:rsidR="00866376" w:rsidRDefault="00000000">
            <w:r>
              <w:t>8</w:t>
            </w:r>
          </w:p>
        </w:tc>
        <w:tc>
          <w:tcPr>
            <w:tcW w:w="1728" w:type="dxa"/>
          </w:tcPr>
          <w:p w14:paraId="26D2C3B3" w14:textId="77777777" w:rsidR="00866376" w:rsidRDefault="00000000">
            <w:r>
              <w:t>先 01-predict → 再 00 job ad</w:t>
            </w:r>
          </w:p>
        </w:tc>
      </w:tr>
      <w:tr w:rsidR="00866376" w14:paraId="32D7B62D" w14:textId="77777777">
        <w:tc>
          <w:tcPr>
            <w:tcW w:w="1728" w:type="dxa"/>
          </w:tcPr>
          <w:p w14:paraId="69CEE427" w14:textId="77777777" w:rsidR="00866376" w:rsidRDefault="00000000">
            <w:r>
              <w:t>22–35</w:t>
            </w:r>
          </w:p>
        </w:tc>
        <w:tc>
          <w:tcPr>
            <w:tcW w:w="1728" w:type="dxa"/>
          </w:tcPr>
          <w:p w14:paraId="41139AB0" w14:textId="77777777" w:rsidR="00866376" w:rsidRDefault="00000000">
            <w:r>
              <w:t>四</w:t>
            </w:r>
          </w:p>
        </w:tc>
        <w:tc>
          <w:tcPr>
            <w:tcW w:w="1728" w:type="dxa"/>
          </w:tcPr>
          <w:p w14:paraId="282228B5" w14:textId="77777777" w:rsidR="00866376" w:rsidRDefault="00000000">
            <w:r>
              <w:t>Practise</w:t>
            </w:r>
          </w:p>
        </w:tc>
        <w:tc>
          <w:tcPr>
            <w:tcW w:w="1728" w:type="dxa"/>
          </w:tcPr>
          <w:p w14:paraId="41806844" w14:textId="77777777" w:rsidR="00866376" w:rsidRDefault="00000000">
            <w:r>
              <w:t>13</w:t>
            </w:r>
          </w:p>
        </w:tc>
        <w:tc>
          <w:tcPr>
            <w:tcW w:w="1728" w:type="dxa"/>
          </w:tcPr>
          <w:p w14:paraId="762CE19A" w14:textId="77777777" w:rsidR="00866376" w:rsidRDefault="00000000">
            <w:r>
              <w:t>同對話貼 02；新對話則 00+02</w:t>
            </w:r>
          </w:p>
        </w:tc>
      </w:tr>
      <w:tr w:rsidR="00866376" w14:paraId="20CB6056" w14:textId="77777777">
        <w:tc>
          <w:tcPr>
            <w:tcW w:w="1728" w:type="dxa"/>
          </w:tcPr>
          <w:p w14:paraId="18749F1D" w14:textId="77777777" w:rsidR="00866376" w:rsidRDefault="00000000">
            <w:r>
              <w:t>35–45</w:t>
            </w:r>
          </w:p>
        </w:tc>
        <w:tc>
          <w:tcPr>
            <w:tcW w:w="1728" w:type="dxa"/>
          </w:tcPr>
          <w:p w14:paraId="4D08C8F1" w14:textId="77777777" w:rsidR="00866376" w:rsidRDefault="00000000">
            <w:r>
              <w:t>五</w:t>
            </w:r>
          </w:p>
        </w:tc>
        <w:tc>
          <w:tcPr>
            <w:tcW w:w="1728" w:type="dxa"/>
          </w:tcPr>
          <w:p w14:paraId="6511A23C" w14:textId="77777777" w:rsidR="00866376" w:rsidRDefault="00000000">
            <w:r>
              <w:t>Diagnose</w:t>
            </w:r>
          </w:p>
        </w:tc>
        <w:tc>
          <w:tcPr>
            <w:tcW w:w="1728" w:type="dxa"/>
          </w:tcPr>
          <w:p w14:paraId="7089CC15" w14:textId="77777777" w:rsidR="00866376" w:rsidRDefault="00000000">
            <w:r>
              <w:t>16</w:t>
            </w:r>
          </w:p>
        </w:tc>
        <w:tc>
          <w:tcPr>
            <w:tcW w:w="1728" w:type="dxa"/>
          </w:tcPr>
          <w:p w14:paraId="71673E3B" w14:textId="77777777" w:rsidR="00866376" w:rsidRDefault="00000000">
            <w:r>
              <w:t>同對話貼 03-diagnose</w:t>
            </w:r>
          </w:p>
        </w:tc>
      </w:tr>
    </w:tbl>
    <w:p w14:paraId="353B834F" w14:textId="77777777" w:rsidR="00866376" w:rsidRDefault="00866376"/>
    <w:p w14:paraId="47292CCA" w14:textId="77777777" w:rsidR="00866376" w:rsidRDefault="00000000">
      <w:pPr>
        <w:pStyle w:val="1"/>
      </w:pPr>
      <w:r>
        <w:t xml:space="preserve">Prompt </w:t>
      </w:r>
      <w:r>
        <w:t>一覽（</w:t>
      </w:r>
      <w:r>
        <w:t xml:space="preserve">prompts/ </w:t>
      </w:r>
      <w:r>
        <w:t>共</w:t>
      </w:r>
      <w:r>
        <w:t xml:space="preserve"> 9 </w:t>
      </w:r>
      <w:r>
        <w:t>檔）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66376" w14:paraId="42501A09" w14:textId="77777777">
        <w:tc>
          <w:tcPr>
            <w:tcW w:w="2160" w:type="dxa"/>
          </w:tcPr>
          <w:p w14:paraId="11A818FA" w14:textId="77777777" w:rsidR="00866376" w:rsidRDefault="00000000">
            <w:r>
              <w:rPr>
                <w:b/>
              </w:rPr>
              <w:t>序號</w:t>
            </w:r>
          </w:p>
        </w:tc>
        <w:tc>
          <w:tcPr>
            <w:tcW w:w="2160" w:type="dxa"/>
          </w:tcPr>
          <w:p w14:paraId="78D2EF41" w14:textId="77777777" w:rsidR="00866376" w:rsidRDefault="00000000">
            <w:r>
              <w:rPr>
                <w:b/>
              </w:rPr>
              <w:t>檔案</w:t>
            </w:r>
          </w:p>
        </w:tc>
        <w:tc>
          <w:tcPr>
            <w:tcW w:w="2160" w:type="dxa"/>
          </w:tcPr>
          <w:p w14:paraId="4F3198E8" w14:textId="77777777" w:rsidR="00866376" w:rsidRDefault="00000000">
            <w:r>
              <w:rPr>
                <w:b/>
              </w:rPr>
              <w:t>類別</w:t>
            </w:r>
          </w:p>
        </w:tc>
        <w:tc>
          <w:tcPr>
            <w:tcW w:w="2160" w:type="dxa"/>
          </w:tcPr>
          <w:p w14:paraId="3CC3E5B5" w14:textId="77777777" w:rsidR="00866376" w:rsidRDefault="00000000">
            <w:r>
              <w:rPr>
                <w:b/>
              </w:rPr>
              <w:t>說明</w:t>
            </w:r>
          </w:p>
        </w:tc>
      </w:tr>
      <w:tr w:rsidR="00866376" w14:paraId="2BE34167" w14:textId="77777777">
        <w:tc>
          <w:tcPr>
            <w:tcW w:w="2160" w:type="dxa"/>
          </w:tcPr>
          <w:p w14:paraId="16039779" w14:textId="77777777" w:rsidR="00866376" w:rsidRDefault="00000000">
            <w:r>
              <w:t>00</w:t>
            </w:r>
          </w:p>
        </w:tc>
        <w:tc>
          <w:tcPr>
            <w:tcW w:w="2160" w:type="dxa"/>
          </w:tcPr>
          <w:p w14:paraId="22D6CC62" w14:textId="77777777" w:rsidR="00866376" w:rsidRDefault="00000000">
            <w:r>
              <w:t>00-job-ad-management-trainee.txt</w:t>
            </w:r>
          </w:p>
        </w:tc>
        <w:tc>
          <w:tcPr>
            <w:tcW w:w="2160" w:type="dxa"/>
          </w:tcPr>
          <w:p w14:paraId="256B93C2" w14:textId="77777777" w:rsidR="00866376" w:rsidRDefault="00000000">
            <w:r>
              <w:t>素材</w:t>
            </w:r>
          </w:p>
        </w:tc>
        <w:tc>
          <w:tcPr>
            <w:tcW w:w="2160" w:type="dxa"/>
          </w:tcPr>
          <w:p w14:paraId="2B10503F" w14:textId="77777777" w:rsidR="00866376" w:rsidRDefault="00000000">
            <w:r>
              <w:t>接在 01 的 [paste here] 後</w:t>
            </w:r>
          </w:p>
        </w:tc>
      </w:tr>
      <w:tr w:rsidR="00866376" w14:paraId="42DF34E6" w14:textId="77777777">
        <w:tc>
          <w:tcPr>
            <w:tcW w:w="2160" w:type="dxa"/>
          </w:tcPr>
          <w:p w14:paraId="4850CEF4" w14:textId="77777777" w:rsidR="00866376" w:rsidRDefault="00000000">
            <w:r>
              <w:t>01</w:t>
            </w:r>
          </w:p>
        </w:tc>
        <w:tc>
          <w:tcPr>
            <w:tcW w:w="2160" w:type="dxa"/>
          </w:tcPr>
          <w:p w14:paraId="5F204BDE" w14:textId="77777777" w:rsidR="00866376" w:rsidRDefault="00000000">
            <w:r>
              <w:t>01-predict.txt</w:t>
            </w:r>
          </w:p>
        </w:tc>
        <w:tc>
          <w:tcPr>
            <w:tcW w:w="2160" w:type="dxa"/>
          </w:tcPr>
          <w:p w14:paraId="750B6CB2" w14:textId="77777777" w:rsidR="00866376" w:rsidRDefault="00000000">
            <w:r>
              <w:t>課堂</w:t>
            </w:r>
          </w:p>
        </w:tc>
        <w:tc>
          <w:tcPr>
            <w:tcW w:w="2160" w:type="dxa"/>
          </w:tcPr>
          <w:p w14:paraId="5255DBD4" w14:textId="77777777" w:rsidR="00866376" w:rsidRDefault="00000000">
            <w:r>
              <w:t>Predict（Demo + 第三段）</w:t>
            </w:r>
          </w:p>
        </w:tc>
      </w:tr>
      <w:tr w:rsidR="00866376" w14:paraId="070CCDF6" w14:textId="77777777">
        <w:tc>
          <w:tcPr>
            <w:tcW w:w="2160" w:type="dxa"/>
          </w:tcPr>
          <w:p w14:paraId="07FD3014" w14:textId="77777777" w:rsidR="00866376" w:rsidRDefault="00000000">
            <w:r>
              <w:t>T02</w:t>
            </w:r>
          </w:p>
        </w:tc>
        <w:tc>
          <w:tcPr>
            <w:tcW w:w="2160" w:type="dxa"/>
          </w:tcPr>
          <w:p w14:paraId="172A1E8C" w14:textId="77777777" w:rsidR="00866376" w:rsidRDefault="00000000">
            <w:r>
              <w:t>T02-practise-demo-2-questions.txt</w:t>
            </w:r>
          </w:p>
        </w:tc>
        <w:tc>
          <w:tcPr>
            <w:tcW w:w="2160" w:type="dxa"/>
          </w:tcPr>
          <w:p w14:paraId="45E2ABF0" w14:textId="77777777" w:rsidR="00866376" w:rsidRDefault="00000000">
            <w:r>
              <w:t>課堂</w:t>
            </w:r>
          </w:p>
        </w:tc>
        <w:tc>
          <w:tcPr>
            <w:tcW w:w="2160" w:type="dxa"/>
          </w:tcPr>
          <w:p w14:paraId="23EAF02E" w14:textId="77777777" w:rsidR="00866376" w:rsidRDefault="00000000">
            <w:r>
              <w:t>Demo Practise（Slide 11）</w:t>
            </w:r>
          </w:p>
        </w:tc>
      </w:tr>
      <w:tr w:rsidR="00866376" w14:paraId="4E96A93D" w14:textId="77777777">
        <w:tc>
          <w:tcPr>
            <w:tcW w:w="2160" w:type="dxa"/>
          </w:tcPr>
          <w:p w14:paraId="11460128" w14:textId="77777777" w:rsidR="00866376" w:rsidRDefault="00000000">
            <w:r>
              <w:t>02</w:t>
            </w:r>
          </w:p>
        </w:tc>
        <w:tc>
          <w:tcPr>
            <w:tcW w:w="2160" w:type="dxa"/>
          </w:tcPr>
          <w:p w14:paraId="45A70424" w14:textId="77777777" w:rsidR="00866376" w:rsidRDefault="00000000">
            <w:r>
              <w:t>02-practise-class-1-1-1-3.txt</w:t>
            </w:r>
          </w:p>
        </w:tc>
        <w:tc>
          <w:tcPr>
            <w:tcW w:w="2160" w:type="dxa"/>
          </w:tcPr>
          <w:p w14:paraId="3356C427" w14:textId="77777777" w:rsidR="00866376" w:rsidRDefault="00000000">
            <w:r>
              <w:t>課堂</w:t>
            </w:r>
          </w:p>
        </w:tc>
        <w:tc>
          <w:tcPr>
            <w:tcW w:w="2160" w:type="dxa"/>
          </w:tcPr>
          <w:p w14:paraId="22AFD54D" w14:textId="77777777" w:rsidR="00866376" w:rsidRDefault="00000000">
            <w:r>
              <w:t>第四段 Practise（Slide 13）</w:t>
            </w:r>
          </w:p>
        </w:tc>
      </w:tr>
      <w:tr w:rsidR="00866376" w14:paraId="59D8BBFF" w14:textId="77777777">
        <w:tc>
          <w:tcPr>
            <w:tcW w:w="2160" w:type="dxa"/>
          </w:tcPr>
          <w:p w14:paraId="04E760D5" w14:textId="77777777" w:rsidR="00866376" w:rsidRDefault="00000000">
            <w:r>
              <w:t>03</w:t>
            </w:r>
          </w:p>
        </w:tc>
        <w:tc>
          <w:tcPr>
            <w:tcW w:w="2160" w:type="dxa"/>
          </w:tcPr>
          <w:p w14:paraId="3B7A6C6C" w14:textId="77777777" w:rsidR="00866376" w:rsidRDefault="00000000">
            <w:r>
              <w:t>03-diagnose.txt</w:t>
            </w:r>
          </w:p>
        </w:tc>
        <w:tc>
          <w:tcPr>
            <w:tcW w:w="2160" w:type="dxa"/>
          </w:tcPr>
          <w:p w14:paraId="629E490B" w14:textId="77777777" w:rsidR="00866376" w:rsidRDefault="00000000">
            <w:r>
              <w:t>課堂</w:t>
            </w:r>
          </w:p>
        </w:tc>
        <w:tc>
          <w:tcPr>
            <w:tcW w:w="2160" w:type="dxa"/>
          </w:tcPr>
          <w:p w14:paraId="6D6514B8" w14:textId="77777777" w:rsidR="00866376" w:rsidRDefault="00000000">
            <w:r>
              <w:t>Diagnose（Demo + 第五段）</w:t>
            </w:r>
          </w:p>
        </w:tc>
      </w:tr>
      <w:tr w:rsidR="00866376" w14:paraId="743D30A0" w14:textId="77777777">
        <w:tc>
          <w:tcPr>
            <w:tcW w:w="2160" w:type="dxa"/>
          </w:tcPr>
          <w:p w14:paraId="6AB107DE" w14:textId="77777777" w:rsidR="00866376" w:rsidRDefault="00000000">
            <w:r>
              <w:t>05</w:t>
            </w:r>
          </w:p>
        </w:tc>
        <w:tc>
          <w:tcPr>
            <w:tcW w:w="2160" w:type="dxa"/>
          </w:tcPr>
          <w:p w14:paraId="2487AE82" w14:textId="77777777" w:rsidR="00866376" w:rsidRDefault="00000000">
            <w:r>
              <w:t>05-practise-full-mock-14-questions.txt</w:t>
            </w:r>
          </w:p>
        </w:tc>
        <w:tc>
          <w:tcPr>
            <w:tcW w:w="2160" w:type="dxa"/>
          </w:tcPr>
          <w:p w14:paraId="043E896C" w14:textId="77777777" w:rsidR="00866376" w:rsidRDefault="00000000">
            <w:r>
              <w:t>課後</w:t>
            </w:r>
          </w:p>
        </w:tc>
        <w:tc>
          <w:tcPr>
            <w:tcW w:w="2160" w:type="dxa"/>
          </w:tcPr>
          <w:p w14:paraId="6E2A9FB1" w14:textId="77777777" w:rsidR="00866376" w:rsidRDefault="00000000">
            <w:r>
              <w:t>完整 mock 約 14 題</w:t>
            </w:r>
          </w:p>
        </w:tc>
      </w:tr>
      <w:tr w:rsidR="00866376" w14:paraId="58102010" w14:textId="77777777">
        <w:tc>
          <w:tcPr>
            <w:tcW w:w="2160" w:type="dxa"/>
          </w:tcPr>
          <w:p w14:paraId="6A7F568B" w14:textId="77777777" w:rsidR="00866376" w:rsidRDefault="00000000">
            <w:r>
              <w:t>06</w:t>
            </w:r>
          </w:p>
        </w:tc>
        <w:tc>
          <w:tcPr>
            <w:tcW w:w="2160" w:type="dxa"/>
          </w:tcPr>
          <w:p w14:paraId="32280C68" w14:textId="77777777" w:rsidR="00866376" w:rsidRDefault="00000000">
            <w:r>
              <w:t>06-predict-cre-at-</w:t>
            </w:r>
            <w:r>
              <w:lastRenderedPageBreak/>
              <w:t>context.txt</w:t>
            </w:r>
          </w:p>
        </w:tc>
        <w:tc>
          <w:tcPr>
            <w:tcW w:w="2160" w:type="dxa"/>
          </w:tcPr>
          <w:p w14:paraId="4570B990" w14:textId="77777777" w:rsidR="00866376" w:rsidRDefault="00000000">
            <w:r>
              <w:lastRenderedPageBreak/>
              <w:t>選測</w:t>
            </w:r>
          </w:p>
        </w:tc>
        <w:tc>
          <w:tcPr>
            <w:tcW w:w="2160" w:type="dxa"/>
          </w:tcPr>
          <w:p w14:paraId="108BA39B" w14:textId="77777777" w:rsidR="00866376" w:rsidRDefault="00000000">
            <w:r>
              <w:t xml:space="preserve">公務員 CRE：取代 </w:t>
            </w:r>
            <w:r>
              <w:lastRenderedPageBreak/>
              <w:t>00</w:t>
            </w:r>
          </w:p>
        </w:tc>
      </w:tr>
      <w:tr w:rsidR="00866376" w14:paraId="5451FBC3" w14:textId="77777777">
        <w:tc>
          <w:tcPr>
            <w:tcW w:w="2160" w:type="dxa"/>
          </w:tcPr>
          <w:p w14:paraId="7DAAECD6" w14:textId="77777777" w:rsidR="00866376" w:rsidRDefault="00000000">
            <w:r>
              <w:lastRenderedPageBreak/>
              <w:t>07</w:t>
            </w:r>
          </w:p>
        </w:tc>
        <w:tc>
          <w:tcPr>
            <w:tcW w:w="2160" w:type="dxa"/>
          </w:tcPr>
          <w:p w14:paraId="214CC495" w14:textId="77777777" w:rsidR="00866376" w:rsidRDefault="00000000">
            <w:r>
              <w:t>07-practise-optional-numerical-1q.txt</w:t>
            </w:r>
          </w:p>
        </w:tc>
        <w:tc>
          <w:tcPr>
            <w:tcW w:w="2160" w:type="dxa"/>
          </w:tcPr>
          <w:p w14:paraId="191E3EE7" w14:textId="77777777" w:rsidR="00866376" w:rsidRDefault="00000000">
            <w:r>
              <w:t>選測</w:t>
            </w:r>
          </w:p>
        </w:tc>
        <w:tc>
          <w:tcPr>
            <w:tcW w:w="2160" w:type="dxa"/>
          </w:tcPr>
          <w:p w14:paraId="385FF54A" w14:textId="77777777" w:rsidR="00866376" w:rsidRDefault="00000000">
            <w:r>
              <w:t>加練 1 題 Numerical</w:t>
            </w:r>
          </w:p>
        </w:tc>
      </w:tr>
      <w:tr w:rsidR="00866376" w14:paraId="45019EBD" w14:textId="77777777">
        <w:tc>
          <w:tcPr>
            <w:tcW w:w="2160" w:type="dxa"/>
          </w:tcPr>
          <w:p w14:paraId="6834468C" w14:textId="77777777" w:rsidR="00866376" w:rsidRDefault="00000000">
            <w:r>
              <w:t>90</w:t>
            </w:r>
          </w:p>
        </w:tc>
        <w:tc>
          <w:tcPr>
            <w:tcW w:w="2160" w:type="dxa"/>
          </w:tcPr>
          <w:p w14:paraId="3883597A" w14:textId="77777777" w:rsidR="00866376" w:rsidRDefault="00000000">
            <w:r>
              <w:t>90-fix-append-lines.txt</w:t>
            </w:r>
          </w:p>
        </w:tc>
        <w:tc>
          <w:tcPr>
            <w:tcW w:w="2160" w:type="dxa"/>
          </w:tcPr>
          <w:p w14:paraId="220C7763" w14:textId="77777777" w:rsidR="00866376" w:rsidRDefault="00000000">
            <w:r>
              <w:t>微調</w:t>
            </w:r>
          </w:p>
        </w:tc>
        <w:tc>
          <w:tcPr>
            <w:tcW w:w="2160" w:type="dxa"/>
          </w:tcPr>
          <w:p w14:paraId="534CD12D" w14:textId="77777777" w:rsidR="00866376" w:rsidRDefault="00000000">
            <w:r>
              <w:t>格式／語言追加句</w:t>
            </w:r>
          </w:p>
        </w:tc>
      </w:tr>
    </w:tbl>
    <w:p w14:paraId="6A338802" w14:textId="77777777" w:rsidR="00866376" w:rsidRDefault="00866376"/>
    <w:p w14:paraId="55F59C47" w14:textId="77777777" w:rsidR="00866376" w:rsidRDefault="00000000">
      <w:pPr>
        <w:pStyle w:val="1"/>
      </w:pPr>
      <w:r>
        <w:t>需要準備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66376" w14:paraId="09C3FE9B" w14:textId="77777777">
        <w:tc>
          <w:tcPr>
            <w:tcW w:w="2880" w:type="dxa"/>
          </w:tcPr>
          <w:p w14:paraId="4A792AAE" w14:textId="77777777" w:rsidR="00866376" w:rsidRDefault="00000000">
            <w:r>
              <w:rPr>
                <w:b/>
              </w:rPr>
              <w:t>項目</w:t>
            </w:r>
          </w:p>
        </w:tc>
        <w:tc>
          <w:tcPr>
            <w:tcW w:w="2880" w:type="dxa"/>
          </w:tcPr>
          <w:p w14:paraId="25673BB7" w14:textId="77777777" w:rsidR="00866376" w:rsidRDefault="00000000">
            <w:r>
              <w:rPr>
                <w:b/>
              </w:rPr>
              <w:t>內容</w:t>
            </w:r>
          </w:p>
        </w:tc>
        <w:tc>
          <w:tcPr>
            <w:tcW w:w="2880" w:type="dxa"/>
          </w:tcPr>
          <w:p w14:paraId="046AA18B" w14:textId="77777777" w:rsidR="00866376" w:rsidRDefault="00000000">
            <w:r>
              <w:rPr>
                <w:b/>
              </w:rPr>
              <w:t>注意</w:t>
            </w:r>
          </w:p>
        </w:tc>
      </w:tr>
      <w:tr w:rsidR="00866376" w14:paraId="37950A9F" w14:textId="77777777">
        <w:tc>
          <w:tcPr>
            <w:tcW w:w="2880" w:type="dxa"/>
          </w:tcPr>
          <w:p w14:paraId="3F0B411F" w14:textId="77777777" w:rsidR="00866376" w:rsidRDefault="00000000">
            <w:r>
              <w:t>Job ad</w:t>
            </w:r>
          </w:p>
        </w:tc>
        <w:tc>
          <w:tcPr>
            <w:tcW w:w="2880" w:type="dxa"/>
          </w:tcPr>
          <w:p w14:paraId="2DCE20AC" w14:textId="77777777" w:rsidR="00866376" w:rsidRDefault="00000000">
            <w:r>
              <w:t>課堂提供 MT JD（prompts/00）</w:t>
            </w:r>
          </w:p>
        </w:tc>
        <w:tc>
          <w:tcPr>
            <w:tcW w:w="2880" w:type="dxa"/>
          </w:tcPr>
          <w:p w14:paraId="57C83B3A" w14:textId="77777777" w:rsidR="00866376" w:rsidRDefault="00000000">
            <w:r>
              <w:t>刪除個人識別資料</w:t>
            </w:r>
          </w:p>
        </w:tc>
      </w:tr>
      <w:tr w:rsidR="00866376" w14:paraId="413CB035" w14:textId="77777777">
        <w:tc>
          <w:tcPr>
            <w:tcW w:w="2880" w:type="dxa"/>
          </w:tcPr>
          <w:p w14:paraId="6BC53479" w14:textId="77777777" w:rsidR="00866376" w:rsidRDefault="00000000">
            <w:r>
              <w:t>Gemini</w:t>
            </w:r>
          </w:p>
        </w:tc>
        <w:tc>
          <w:tcPr>
            <w:tcW w:w="2880" w:type="dxa"/>
          </w:tcPr>
          <w:p w14:paraId="077B0770" w14:textId="77777777" w:rsidR="00866376" w:rsidRDefault="00000000">
            <w:r>
              <w:t>gemini.google.com</w:t>
            </w:r>
          </w:p>
        </w:tc>
        <w:tc>
          <w:tcPr>
            <w:tcW w:w="2880" w:type="dxa"/>
          </w:tcPr>
          <w:p w14:paraId="15D9025F" w14:textId="77777777" w:rsidR="00866376" w:rsidRDefault="00000000">
            <w:r>
              <w:t>Google 帳號登入</w:t>
            </w:r>
          </w:p>
        </w:tc>
      </w:tr>
      <w:tr w:rsidR="00866376" w14:paraId="6785B4E0" w14:textId="77777777">
        <w:tc>
          <w:tcPr>
            <w:tcW w:w="2880" w:type="dxa"/>
          </w:tcPr>
          <w:p w14:paraId="5040B5D9" w14:textId="77777777" w:rsidR="00866376" w:rsidRDefault="00000000">
            <w:r>
              <w:t>後備</w:t>
            </w:r>
          </w:p>
        </w:tc>
        <w:tc>
          <w:tcPr>
            <w:tcW w:w="2880" w:type="dxa"/>
          </w:tcPr>
          <w:p w14:paraId="5D8D2271" w14:textId="77777777" w:rsidR="00866376" w:rsidRDefault="00000000">
            <w:r>
              <w:t>doubao.com</w:t>
            </w:r>
          </w:p>
        </w:tc>
        <w:tc>
          <w:tcPr>
            <w:tcW w:w="2880" w:type="dxa"/>
          </w:tcPr>
          <w:p w14:paraId="0A6F3660" w14:textId="77777777" w:rsidR="00866376" w:rsidRDefault="00000000">
            <w:r>
              <w:t>prompt 相同</w:t>
            </w:r>
          </w:p>
        </w:tc>
      </w:tr>
    </w:tbl>
    <w:p w14:paraId="0F78D177" w14:textId="77777777" w:rsidR="00866376" w:rsidRDefault="00866376"/>
    <w:p w14:paraId="29087EC6" w14:textId="77777777" w:rsidR="00866376" w:rsidRDefault="00000000">
      <w:r>
        <w:br w:type="page"/>
      </w:r>
    </w:p>
    <w:p w14:paraId="45F442C7" w14:textId="77777777" w:rsidR="00866376" w:rsidRDefault="00000000">
      <w:pPr>
        <w:pStyle w:val="1"/>
      </w:pPr>
      <w:r>
        <w:lastRenderedPageBreak/>
        <w:t>實作</w:t>
      </w:r>
      <w:r>
        <w:t xml:space="preserve"> 1</w:t>
      </w:r>
      <w:r>
        <w:t>：</w:t>
      </w:r>
      <w:r>
        <w:t>Predict</w:t>
      </w:r>
      <w:r>
        <w:t>（第三段）</w:t>
      </w:r>
    </w:p>
    <w:p w14:paraId="46B2A5C2" w14:textId="77777777" w:rsidR="00866376" w:rsidRDefault="00000000">
      <w:r>
        <w:t>目的：根據 job ad 預測可能題型與備考重點。</w:t>
      </w:r>
    </w:p>
    <w:p w14:paraId="4E8DD8AB" w14:textId="77777777" w:rsidR="00866376" w:rsidRDefault="00000000">
      <w:pPr>
        <w:pStyle w:val="21"/>
      </w:pPr>
      <w:r>
        <w:t>操作步驟</w:t>
      </w:r>
    </w:p>
    <w:p w14:paraId="32BE061E" w14:textId="77777777" w:rsidR="00866376" w:rsidRDefault="00000000">
      <w:pPr>
        <w:pStyle w:val="a0"/>
      </w:pPr>
      <w:r>
        <w:t>開新對話（第三段）</w:t>
      </w:r>
    </w:p>
    <w:p w14:paraId="3EFD7940" w14:textId="77777777" w:rsidR="00866376" w:rsidRDefault="00000000">
      <w:pPr>
        <w:pStyle w:val="a0"/>
      </w:pPr>
      <w:r>
        <w:t>先貼 01-predict.txt（或下方 Prompt）</w:t>
      </w:r>
    </w:p>
    <w:p w14:paraId="1D21699D" w14:textId="77777777" w:rsidR="00866376" w:rsidRDefault="00000000">
      <w:pPr>
        <w:pStyle w:val="a0"/>
      </w:pPr>
      <w:r>
        <w:t>再貼 00-job-ad-management-trainee.txt，取代 [paste here]</w:t>
      </w:r>
    </w:p>
    <w:p w14:paraId="25DD6BF3" w14:textId="77777777" w:rsidR="00866376" w:rsidRDefault="00000000">
      <w:pPr>
        <w:pStyle w:val="a0"/>
        <w:rPr>
          <w:lang w:eastAsia="zh-TW"/>
        </w:rPr>
      </w:pPr>
      <w:r>
        <w:rPr>
          <w:lang w:eastAsia="zh-TW"/>
        </w:rPr>
        <w:t>同一則訊息送出 → 閱讀表格回覆（不用抄寫）</w:t>
      </w:r>
    </w:p>
    <w:p w14:paraId="3A8320CB" w14:textId="77777777" w:rsidR="00866376" w:rsidRDefault="00000000">
      <w:pPr>
        <w:pStyle w:val="31"/>
      </w:pPr>
      <w:r>
        <w:t>Prompt 01 — Predict</w:t>
      </w:r>
    </w:p>
    <w:p w14:paraId="538DEB94" w14:textId="77777777" w:rsidR="00866376" w:rsidRDefault="00000000">
      <w:pPr>
        <w:spacing w:before="80" w:after="160"/>
        <w:ind w:left="227"/>
      </w:pPr>
      <w:r>
        <w:rPr>
          <w:rFonts w:ascii="Consolas" w:eastAsia="Consolas" w:hAnsi="Consolas"/>
          <w:sz w:val="17"/>
        </w:rPr>
        <w:t>I'm preparing for an Aptitude Test / online assessment for the graduate role in the job ad below.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Please help me PREDICT:</w:t>
      </w:r>
      <w:r>
        <w:rPr>
          <w:rFonts w:ascii="Consolas" w:eastAsia="Consolas" w:hAnsi="Consolas"/>
          <w:sz w:val="17"/>
        </w:rPr>
        <w:br/>
        <w:t>1. Which assessment types are most likely:</w:t>
      </w:r>
      <w:r>
        <w:rPr>
          <w:rFonts w:ascii="Consolas" w:eastAsia="Consolas" w:hAnsi="Consolas"/>
          <w:sz w:val="17"/>
        </w:rPr>
        <w:br/>
        <w:t xml:space="preserve">   - Core aptitude: Numerical, Verbal, Logical/Abstract, Critical/Deductive</w:t>
      </w:r>
      <w:r>
        <w:rPr>
          <w:rFonts w:ascii="Consolas" w:eastAsia="Consolas" w:hAnsi="Consolas"/>
          <w:sz w:val="17"/>
        </w:rPr>
        <w:br/>
        <w:t xml:space="preserve">   - Situational Judgment Test (SJT) — only if this role / industry commonly uses it (e.g. banking, retail, customer service, graduate schemes)</w:t>
      </w:r>
      <w:r>
        <w:rPr>
          <w:rFonts w:ascii="Consolas" w:eastAsia="Consolas" w:hAnsi="Consolas"/>
          <w:sz w:val="17"/>
        </w:rPr>
        <w:br/>
        <w:t>2. For each type you list, one sentence on what skill or behaviour it tests in this role</w:t>
      </w:r>
      <w:r>
        <w:rPr>
          <w:rFonts w:ascii="Consolas" w:eastAsia="Consolas" w:hAnsi="Consolas"/>
          <w:sz w:val="17"/>
        </w:rPr>
        <w:br/>
        <w:t>3. What to practise first (format familiarity and skill focus)</w:t>
      </w:r>
      <w:r>
        <w:rPr>
          <w:rFonts w:ascii="Consolas" w:eastAsia="Consolas" w:hAnsi="Consolas"/>
          <w:sz w:val="17"/>
        </w:rPr>
        <w:br/>
        <w:t>4. A practical practice order for my next study sessions</w:t>
      </w:r>
      <w:r>
        <w:rPr>
          <w:rFonts w:ascii="Consolas" w:eastAsia="Consolas" w:hAnsi="Consolas"/>
          <w:sz w:val="17"/>
        </w:rPr>
        <w:br/>
        <w:t>5. If SJT is likely: note the typical format (scenario + best/worst response or ranking) and what values the employer seems to prioritise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Output format (REQUIRED)</w:t>
      </w:r>
      <w:r>
        <w:rPr>
          <w:rFonts w:ascii="Consolas" w:eastAsia="Consolas" w:hAnsi="Consolas"/>
          <w:sz w:val="17"/>
        </w:rPr>
        <w:br/>
        <w:t>- Present your reply using **markdown TABLES** (not long paragraphs only)</w:t>
      </w:r>
      <w:r>
        <w:rPr>
          <w:rFonts w:ascii="Consolas" w:eastAsia="Consolas" w:hAnsi="Consolas"/>
          <w:sz w:val="17"/>
        </w:rPr>
        <w:br/>
        <w:t>- Include at least one table summarising likely assessment types, what each tests, and suggested practice priority</w:t>
      </w:r>
      <w:r>
        <w:rPr>
          <w:rFonts w:ascii="Consolas" w:eastAsia="Consolas" w:hAnsi="Consolas"/>
          <w:sz w:val="17"/>
        </w:rPr>
        <w:br/>
        <w:t>- Use Traditional Chinese for table headers and cell content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Keep it practical for a fresh graduate in Hong Kong.</w:t>
      </w:r>
      <w:r>
        <w:rPr>
          <w:rFonts w:ascii="Consolas" w:eastAsia="Consolas" w:hAnsi="Consolas"/>
          <w:sz w:val="17"/>
        </w:rPr>
        <w:br/>
        <w:t>Do not assume every role includes SJT — only flag it when the job ad or industry makes it plausible.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Here is the job ad / assessment invitation (personal details removed):</w:t>
      </w:r>
      <w:r>
        <w:rPr>
          <w:rFonts w:ascii="Consolas" w:eastAsia="Consolas" w:hAnsi="Consolas"/>
          <w:sz w:val="17"/>
        </w:rPr>
        <w:br/>
        <w:t>[paste here]</w:t>
      </w:r>
    </w:p>
    <w:p w14:paraId="069372D2" w14:textId="77777777" w:rsidR="00866376" w:rsidRDefault="00000000">
      <w:pPr>
        <w:pStyle w:val="31"/>
      </w:pPr>
      <w:r>
        <w:t>Job ad 00 — Management Trainee</w:t>
      </w:r>
    </w:p>
    <w:p w14:paraId="61A8A4E6" w14:textId="77777777" w:rsidR="00866376" w:rsidRDefault="00000000">
      <w:pPr>
        <w:spacing w:before="80" w:after="160"/>
        <w:ind w:left="227"/>
      </w:pPr>
      <w:r>
        <w:rPr>
          <w:rFonts w:ascii="Consolas" w:eastAsia="Consolas" w:hAnsi="Consolas"/>
          <w:sz w:val="17"/>
        </w:rPr>
        <w:t>Management Trainee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About the job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A 12-month Management Trainee Program to unleash fresh graduates' full potentials and path their ways to the managerial positions. All Management Trainees will rotate among different functions, allowing them to develop a diverse skill set.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Requirements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- Tertiary graduates in any discipline</w:t>
      </w:r>
      <w:r>
        <w:rPr>
          <w:rFonts w:ascii="Consolas" w:eastAsia="Consolas" w:hAnsi="Consolas"/>
          <w:sz w:val="17"/>
        </w:rPr>
        <w:br/>
        <w:t xml:space="preserve">- Passionate and energetic with strong interpersonal, communication, and presentation </w:t>
      </w:r>
      <w:r>
        <w:rPr>
          <w:rFonts w:ascii="Consolas" w:eastAsia="Consolas" w:hAnsi="Consolas"/>
          <w:sz w:val="17"/>
        </w:rPr>
        <w:lastRenderedPageBreak/>
        <w:t>skills</w:t>
      </w:r>
      <w:r>
        <w:rPr>
          <w:rFonts w:ascii="Consolas" w:eastAsia="Consolas" w:hAnsi="Consolas"/>
          <w:sz w:val="17"/>
        </w:rPr>
        <w:br/>
        <w:t>- Able to work as team and independently</w:t>
      </w:r>
      <w:r>
        <w:rPr>
          <w:rFonts w:ascii="Consolas" w:eastAsia="Consolas" w:hAnsi="Consolas"/>
          <w:sz w:val="17"/>
        </w:rPr>
        <w:br/>
        <w:t>- Open-minded, willing to work under pressure and meet challenges</w:t>
      </w:r>
      <w:r>
        <w:rPr>
          <w:rFonts w:ascii="Consolas" w:eastAsia="Consolas" w:hAnsi="Consolas"/>
          <w:sz w:val="17"/>
        </w:rPr>
        <w:br/>
        <w:t>- Analytical, innovative, and proactive</w:t>
      </w:r>
      <w:r>
        <w:rPr>
          <w:rFonts w:ascii="Consolas" w:eastAsia="Consolas" w:hAnsi="Consolas"/>
          <w:sz w:val="17"/>
        </w:rPr>
        <w:br/>
        <w:t>- Self-motivated, quick learning ability and networking agility</w:t>
      </w:r>
      <w:r>
        <w:rPr>
          <w:rFonts w:ascii="Consolas" w:eastAsia="Consolas" w:hAnsi="Consolas"/>
          <w:sz w:val="17"/>
        </w:rPr>
        <w:br/>
        <w:t>- Excellent command of both written and spoken English and Chinese (Cantonese and Mandarin)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Our Offers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- Fast-track career development and mentorship from industry leaders</w:t>
      </w:r>
      <w:r>
        <w:rPr>
          <w:rFonts w:ascii="Consolas" w:eastAsia="Consolas" w:hAnsi="Consolas"/>
          <w:sz w:val="17"/>
        </w:rPr>
        <w:br/>
        <w:t>- A dynamic, fast-paced, and growth-oriented working environment</w:t>
      </w:r>
      <w:r>
        <w:rPr>
          <w:rFonts w:ascii="Consolas" w:eastAsia="Consolas" w:hAnsi="Consolas"/>
          <w:sz w:val="17"/>
        </w:rPr>
        <w:br/>
        <w:t>- Opportunities to rotate across different business areas to explore individual strengths and career interests</w:t>
      </w:r>
      <w:r>
        <w:rPr>
          <w:rFonts w:ascii="Consolas" w:eastAsia="Consolas" w:hAnsi="Consolas"/>
          <w:sz w:val="17"/>
        </w:rPr>
        <w:br/>
        <w:t>- An international and diverse working environment with opportunities to collaborate with cross-cultural teams and external partners</w:t>
      </w:r>
    </w:p>
    <w:p w14:paraId="1DCAF7C1" w14:textId="77777777" w:rsidR="00866376" w:rsidRDefault="00000000">
      <w:r>
        <w:br w:type="page"/>
      </w:r>
    </w:p>
    <w:p w14:paraId="0E8F65AF" w14:textId="77777777" w:rsidR="00866376" w:rsidRDefault="00000000">
      <w:pPr>
        <w:pStyle w:val="1"/>
      </w:pPr>
      <w:r>
        <w:lastRenderedPageBreak/>
        <w:t>實作</w:t>
      </w:r>
      <w:r>
        <w:t xml:space="preserve"> 2</w:t>
      </w:r>
      <w:r>
        <w:t>：</w:t>
      </w:r>
      <w:r>
        <w:t>Practise</w:t>
      </w:r>
      <w:r>
        <w:t>（第四段）</w:t>
      </w:r>
    </w:p>
    <w:p w14:paraId="2E3C9163" w14:textId="77777777" w:rsidR="00866376" w:rsidRDefault="00000000">
      <w:r>
        <w:t>第四段為三步中的 Practise。簡報 Slide 13 標題為 Mini Mock，題量 1+1+1+3（Numerical / Verbal / Logical 各 1；SJT ×3）。</w:t>
      </w:r>
    </w:p>
    <w:p w14:paraId="64A26040" w14:textId="77777777" w:rsidR="00866376" w:rsidRDefault="00000000">
      <w:pPr>
        <w:pStyle w:val="21"/>
      </w:pPr>
      <w:r>
        <w:t>操作步驟</w:t>
      </w:r>
    </w:p>
    <w:p w14:paraId="4453568F" w14:textId="77777777" w:rsidR="00866376" w:rsidRDefault="00000000">
      <w:pPr>
        <w:pStyle w:val="a0"/>
      </w:pPr>
      <w:r>
        <w:t>若沿用第三段對話：只貼 02-practise-class</w:t>
      </w:r>
    </w:p>
    <w:p w14:paraId="4C2C8796" w14:textId="77777777" w:rsidR="00866376" w:rsidRDefault="00000000">
      <w:pPr>
        <w:pStyle w:val="a0"/>
      </w:pPr>
      <w:r>
        <w:t>若開新對話：先貼 00 job ad（或一句 I'm applying for this MT role），再貼 02</w:t>
      </w:r>
    </w:p>
    <w:p w14:paraId="635A64F3" w14:textId="77777777" w:rsidR="00866376" w:rsidRDefault="00000000">
      <w:pPr>
        <w:pStyle w:val="a0"/>
      </w:pPr>
      <w:r>
        <w:t>按 section 作答，格式：Q#: 答案 | sure/unsure</w:t>
      </w:r>
    </w:p>
    <w:p w14:paraId="1DDFA7DB" w14:textId="77777777" w:rsidR="00866376" w:rsidRDefault="00000000">
      <w:pPr>
        <w:pStyle w:val="a0"/>
      </w:pPr>
      <w:r>
        <w:t>四個 section 完成後看成績表格（不用抄寫）</w:t>
      </w:r>
    </w:p>
    <w:p w14:paraId="28372D6A" w14:textId="77777777" w:rsidR="00866376" w:rsidRDefault="00000000">
      <w:pPr>
        <w:pStyle w:val="31"/>
      </w:pPr>
      <w:r>
        <w:t>Prompt 02 — Practise</w:t>
      </w:r>
      <w:r>
        <w:t>（課堂</w:t>
      </w:r>
      <w:r>
        <w:t xml:space="preserve"> 1+1+1+3</w:t>
      </w:r>
      <w:r>
        <w:t>）</w:t>
      </w:r>
    </w:p>
    <w:p w14:paraId="67D5FF77" w14:textId="77777777" w:rsidR="00866376" w:rsidRDefault="00000000">
      <w:pPr>
        <w:spacing w:before="80" w:after="160"/>
        <w:ind w:left="227"/>
      </w:pPr>
      <w:r>
        <w:rPr>
          <w:rFonts w:ascii="Consolas" w:eastAsia="Consolas" w:hAnsi="Consolas"/>
          <w:sz w:val="17"/>
        </w:rPr>
        <w:t>Please create a short mini Aptitude Test mock for a fresh graduate (about 6 questions total).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Test design (REQUIRED)</w:t>
      </w:r>
      <w:r>
        <w:rPr>
          <w:rFonts w:ascii="Consolas" w:eastAsia="Consolas" w:hAnsi="Consolas"/>
          <w:sz w:val="17"/>
        </w:rPr>
        <w:br/>
        <w:t>- Run **by section** — present ONE section at a time; wait for all my answers in that section before the next</w:t>
      </w:r>
      <w:r>
        <w:rPr>
          <w:rFonts w:ascii="Consolas" w:eastAsia="Consolas" w:hAnsi="Consolas"/>
          <w:sz w:val="17"/>
        </w:rPr>
        <w:br/>
        <w:t>- Original practice questions at graduate difficulty</w:t>
      </w:r>
      <w:r>
        <w:rPr>
          <w:rFonts w:ascii="Consolas" w:eastAsia="Consolas" w:hAnsi="Consolas"/>
          <w:sz w:val="17"/>
        </w:rPr>
        <w:br/>
        <w:t>- Industry-relevant scenarios where appropriate (e.g. banking, retail, consulting); suitable for entry-level / graduate applicants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Sections (include ALL four)</w:t>
      </w:r>
      <w:r>
        <w:rPr>
          <w:rFonts w:ascii="Consolas" w:eastAsia="Consolas" w:hAnsi="Consolas"/>
          <w:sz w:val="17"/>
        </w:rPr>
        <w:br/>
        <w:t>1. **Numerical Reasoning**: 1 question (table or chart; 4 options A–D)</w:t>
      </w:r>
      <w:r>
        <w:rPr>
          <w:rFonts w:ascii="Consolas" w:eastAsia="Consolas" w:hAnsi="Consolas"/>
          <w:sz w:val="17"/>
        </w:rPr>
        <w:br/>
        <w:t>2. **Verbal Reasoning**: 1 question (short passage; True / False / Cannot Say; 4 options)</w:t>
      </w:r>
      <w:r>
        <w:rPr>
          <w:rFonts w:ascii="Consolas" w:eastAsia="Consolas" w:hAnsi="Consolas"/>
          <w:sz w:val="17"/>
        </w:rPr>
        <w:br/>
        <w:t>3. **Logical / Abstract Reasoning**: 1 question (pattern or sequence; 4 options A–D)</w:t>
      </w:r>
      <w:r>
        <w:rPr>
          <w:rFonts w:ascii="Consolas" w:eastAsia="Consolas" w:hAnsi="Consolas"/>
          <w:sz w:val="17"/>
        </w:rPr>
        <w:br/>
        <w:t>4. **Situational Judgment Test (SJT)**: **3 questions** — workplace scenario (3–5 sentences) + which action is MOST or LEAST effective (state which); 4 plausible options A–D; generic company names only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SJT rules</w:t>
      </w:r>
      <w:r>
        <w:rPr>
          <w:rFonts w:ascii="Consolas" w:eastAsia="Consolas" w:hAnsi="Consolas"/>
          <w:sz w:val="17"/>
        </w:rPr>
        <w:br/>
        <w:t>- Short workplace scenarios; no real employer names</w:t>
      </w:r>
      <w:r>
        <w:rPr>
          <w:rFonts w:ascii="Consolas" w:eastAsia="Consolas" w:hAnsi="Consolas"/>
          <w:sz w:val="17"/>
        </w:rPr>
        <w:br/>
        <w:t>- Options must be plausible professional actions, not obvious jokes</w:t>
      </w:r>
      <w:r>
        <w:rPr>
          <w:rFonts w:ascii="Consolas" w:eastAsia="Consolas" w:hAnsi="Consolas"/>
          <w:sz w:val="17"/>
        </w:rPr>
        <w:br/>
        <w:t>- Test judgement, priorities, professionalism, or teamwork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How to run (IMPORTANT)</w:t>
      </w:r>
      <w:r>
        <w:rPr>
          <w:rFonts w:ascii="Consolas" w:eastAsia="Consolas" w:hAnsi="Consolas"/>
          <w:sz w:val="17"/>
        </w:rPr>
        <w:br/>
        <w:t>1. Present ONE section at a time; hold answers and explanations until I submit that section</w:t>
      </w:r>
      <w:r>
        <w:rPr>
          <w:rFonts w:ascii="Consolas" w:eastAsia="Consolas" w:hAnsi="Consolas"/>
          <w:sz w:val="17"/>
        </w:rPr>
        <w:br/>
        <w:t>2. After each section, wait for my reply:</w:t>
      </w:r>
      <w:r>
        <w:rPr>
          <w:rFonts w:ascii="Consolas" w:eastAsia="Consolas" w:hAnsi="Consolas"/>
          <w:sz w:val="17"/>
        </w:rPr>
        <w:br/>
        <w:t xml:space="preserve">   Q1: [answer] | sure/unsure</w:t>
      </w:r>
      <w:r>
        <w:rPr>
          <w:rFonts w:ascii="Consolas" w:eastAsia="Consolas" w:hAnsi="Consolas"/>
          <w:sz w:val="17"/>
        </w:rPr>
        <w:br/>
        <w:t xml:space="preserve">   Q2: ...</w:t>
      </w:r>
      <w:r>
        <w:rPr>
          <w:rFonts w:ascii="Consolas" w:eastAsia="Consolas" w:hAnsi="Consolas"/>
          <w:sz w:val="17"/>
        </w:rPr>
        <w:br/>
        <w:t>3. Only after I finish **ALL four sections**, provide scoring and diagnosis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After I finish all sections, diagnose my weak areas and suggest what to practise tomorrow.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Results format (REQUIRED)</w:t>
      </w:r>
      <w:r>
        <w:rPr>
          <w:rFonts w:ascii="Consolas" w:eastAsia="Consolas" w:hAnsi="Consolas"/>
          <w:sz w:val="17"/>
        </w:rPr>
        <w:br/>
        <w:t>Present the final results in the chat using markdown TABLES. Include at least:</w:t>
      </w:r>
      <w:r>
        <w:rPr>
          <w:rFonts w:ascii="Consolas" w:eastAsia="Consolas" w:hAnsi="Consolas"/>
          <w:sz w:val="17"/>
        </w:rPr>
        <w:br/>
        <w:t>- Results summary table (section, score, sure/unsure)</w:t>
      </w:r>
      <w:r>
        <w:rPr>
          <w:rFonts w:ascii="Consolas" w:eastAsia="Consolas" w:hAnsi="Consolas"/>
          <w:sz w:val="17"/>
        </w:rPr>
        <w:br/>
        <w:t>- Question-by-question table (Q#, type, **question stem**, my answer, correct, result, error type, reminder)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lastRenderedPageBreak/>
        <w:t>- Next actions table (priority, weak skill, suggested practice, when)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In the question-by-question table, each row must include the full question text in the Question column (Verbal: passage + statement; Numerical: data + question; SJT: scenario + question).</w:t>
      </w:r>
      <w:r>
        <w:rPr>
          <w:rFonts w:ascii="Consolas" w:eastAsia="Consolas" w:hAnsi="Consolas"/>
          <w:sz w:val="17"/>
        </w:rPr>
        <w:br/>
        <w:t>Use Traditional Chinese for table headers in your reply.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Start now with Section 1: Numerical Reasoning. Show Question 1 only.</w:t>
      </w:r>
    </w:p>
    <w:p w14:paraId="3D14C3B8" w14:textId="77777777" w:rsidR="00866376" w:rsidRDefault="00000000">
      <w:r>
        <w:br w:type="page"/>
      </w:r>
    </w:p>
    <w:p w14:paraId="60A540D5" w14:textId="77777777" w:rsidR="00866376" w:rsidRDefault="00000000">
      <w:pPr>
        <w:pStyle w:val="1"/>
      </w:pPr>
      <w:r>
        <w:lastRenderedPageBreak/>
        <w:t>實作</w:t>
      </w:r>
      <w:r>
        <w:t xml:space="preserve"> 3</w:t>
      </w:r>
      <w:r>
        <w:t>：</w:t>
      </w:r>
      <w:r>
        <w:t>Diagnose</w:t>
      </w:r>
      <w:r>
        <w:t>（第五段）</w:t>
      </w:r>
    </w:p>
    <w:p w14:paraId="3EB52729" w14:textId="77777777" w:rsidR="00866376" w:rsidRDefault="00000000">
      <w:r>
        <w:t>在第四段同一 Gemini 對話繼續，貼 Diagnose prompt。Gemini 直接分析上文 Practise 結果，輸出一張診斷總表（繁中）。</w:t>
      </w:r>
    </w:p>
    <w:p w14:paraId="46AC2C6E" w14:textId="77777777" w:rsidR="00866376" w:rsidRDefault="00000000">
      <w:pPr>
        <w:pStyle w:val="31"/>
      </w:pPr>
      <w:r>
        <w:t>Prompt 03 — Diagnose</w:t>
      </w:r>
    </w:p>
    <w:p w14:paraId="56315E50" w14:textId="77777777" w:rsidR="00866376" w:rsidRDefault="00000000">
      <w:pPr>
        <w:spacing w:before="80" w:after="160"/>
        <w:ind w:left="227"/>
      </w:pPr>
      <w:r>
        <w:rPr>
          <w:rFonts w:ascii="Consolas" w:eastAsia="Consolas" w:hAnsi="Consolas"/>
          <w:sz w:val="17"/>
        </w:rPr>
        <w:t>Please help me DIAGNOSE my Aptitude Test practice performance using the **practice results from this conversation** (the Practise we just completed).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Input (REQUIRED)</w:t>
      </w:r>
      <w:r>
        <w:rPr>
          <w:rFonts w:ascii="Consolas" w:eastAsia="Consolas" w:hAnsi="Consolas"/>
          <w:sz w:val="17"/>
        </w:rPr>
        <w:br/>
        <w:t>- Use the **practice results already in this chat** — scores, my answers, question stems, and sure/unsure from the Practise stage</w:t>
      </w:r>
      <w:r>
        <w:rPr>
          <w:rFonts w:ascii="Consolas" w:eastAsia="Consolas" w:hAnsi="Consolas"/>
          <w:sz w:val="17"/>
        </w:rPr>
        <w:br/>
        <w:t>- Do **NOT** ask me to re-paste questions unless something is missing from the chat history</w:t>
      </w:r>
      <w:r>
        <w:rPr>
          <w:rFonts w:ascii="Consolas" w:eastAsia="Consolas" w:hAnsi="Consolas"/>
          <w:sz w:val="17"/>
        </w:rPr>
        <w:br/>
        <w:t>- Diagnose **all questions** from that Practise session (not only wrong answers)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Output rules (REQUIRED)</w:t>
      </w:r>
      <w:r>
        <w:rPr>
          <w:rFonts w:ascii="Consolas" w:eastAsia="Consolas" w:hAnsi="Consolas"/>
          <w:sz w:val="17"/>
        </w:rPr>
        <w:br/>
        <w:t>- Present **ALL** diagnosis content in **ONE markdown table only** — no separate paragraphs, bullet lists, or extra tables outside this table</w:t>
      </w:r>
      <w:r>
        <w:rPr>
          <w:rFonts w:ascii="Consolas" w:eastAsia="Consolas" w:hAnsi="Consolas"/>
          <w:sz w:val="17"/>
        </w:rPr>
        <w:br/>
        <w:t>- For each question: identify error type; give full step-by-step reasoning (find evidence → set up logic/formula → reason to answer → check options); do NOT give only the final answer</w:t>
      </w:r>
      <w:r>
        <w:rPr>
          <w:rFonts w:ascii="Consolas" w:eastAsia="Consolas" w:hAnsi="Consolas"/>
          <w:sz w:val="17"/>
        </w:rPr>
        <w:br/>
        <w:t>- Include my top 1 weak area, 3 reminders, and 2 follow-up practice questions (with answers) as **labelled rows** inside the same table (see below)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Table — Diagnosis results</w:t>
      </w:r>
      <w:r>
        <w:rPr>
          <w:rFonts w:ascii="Consolas" w:eastAsia="Consolas" w:hAnsi="Consolas"/>
          <w:sz w:val="17"/>
        </w:rPr>
        <w:br/>
        <w:t>| Q# | Type | Question | My answer | Correct | Result | Sure/Unsure | Error type | Reasoning | Reminder / Notes |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### Row rules</w:t>
      </w:r>
      <w:r>
        <w:rPr>
          <w:rFonts w:ascii="Consolas" w:eastAsia="Consolas" w:hAnsi="Consolas"/>
          <w:sz w:val="17"/>
        </w:rPr>
        <w:br/>
        <w:t>**Per-question rows (Q1, Q2, …):**</w:t>
      </w:r>
      <w:r>
        <w:rPr>
          <w:rFonts w:ascii="Consolas" w:eastAsia="Consolas" w:hAnsi="Consolas"/>
          <w:sz w:val="17"/>
        </w:rPr>
        <w:br/>
        <w:t>- Question column: full question stem (Verbal: passage + statement; Numerical: data + question; SJT: scenario + question)</w:t>
      </w:r>
      <w:r>
        <w:rPr>
          <w:rFonts w:ascii="Consolas" w:eastAsia="Consolas" w:hAnsi="Consolas"/>
          <w:sz w:val="17"/>
        </w:rPr>
        <w:br/>
        <w:t>- Reasoning column: step-by-step correct reasoning in short numbered lines (1. Find evidence … 2. Set up logic … 3. Reason … 4. Check options)</w:t>
      </w:r>
      <w:r>
        <w:rPr>
          <w:rFonts w:ascii="Consolas" w:eastAsia="Consolas" w:hAnsi="Consolas"/>
          <w:sz w:val="17"/>
        </w:rPr>
        <w:br/>
        <w:t>- Reminder / Notes: one actionable reminder for next time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**Summary row — `TOTAL`:**</w:t>
      </w:r>
      <w:r>
        <w:rPr>
          <w:rFonts w:ascii="Consolas" w:eastAsia="Consolas" w:hAnsi="Consolas"/>
          <w:sz w:val="17"/>
        </w:rPr>
        <w:br/>
        <w:t>- Result: overall score (e.g. 4/6); Sure/Unsure: counts</w:t>
      </w:r>
      <w:r>
        <w:rPr>
          <w:rFonts w:ascii="Consolas" w:eastAsia="Consolas" w:hAnsi="Consolas"/>
          <w:sz w:val="17"/>
        </w:rPr>
        <w:br/>
        <w:t>- Reminder / Notes: **Top weak area** (question type + micro-skill)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**Reminder rows — `REMINDER 1`, `REMINDER 2`, `REMINDER 3`:**</w:t>
      </w:r>
      <w:r>
        <w:rPr>
          <w:rFonts w:ascii="Consolas" w:eastAsia="Consolas" w:hAnsi="Consolas"/>
          <w:sz w:val="17"/>
        </w:rPr>
        <w:br/>
        <w:t>- Use Q# column as label; put each reminder text in Reminder / Notes; other columns "—"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**Follow-up rows — `FOLLOW-UP 1`, `FOLLOW-UP 2`:**</w:t>
      </w:r>
      <w:r>
        <w:rPr>
          <w:rFonts w:ascii="Consolas" w:eastAsia="Consolas" w:hAnsi="Consolas"/>
          <w:sz w:val="17"/>
        </w:rPr>
        <w:br/>
        <w:t>- Type: question type; Question: full stem; Correct: model answer; Reasoning: brief solution outline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**Action rows — `ACTION 1`, `ACTION 2`, `ACTION 3`:**</w:t>
      </w:r>
      <w:r>
        <w:rPr>
          <w:rFonts w:ascii="Consolas" w:eastAsia="Consolas" w:hAnsi="Consolas"/>
          <w:sz w:val="17"/>
        </w:rPr>
        <w:br/>
        <w:t>- Reminder / Notes format: Priority | Weak skill | Suggested practice | When (pipe-separated in one cell)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Use Traditional Chinese for table headers, cell content, and reasoning.</w:t>
      </w:r>
    </w:p>
    <w:p w14:paraId="3EFC018C" w14:textId="77777777" w:rsidR="00866376" w:rsidRDefault="00000000">
      <w:pPr>
        <w:pStyle w:val="21"/>
      </w:pPr>
      <w:r>
        <w:lastRenderedPageBreak/>
        <w:t>常見錯因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66376" w14:paraId="4222E12A" w14:textId="77777777">
        <w:tc>
          <w:tcPr>
            <w:tcW w:w="2880" w:type="dxa"/>
          </w:tcPr>
          <w:p w14:paraId="64D43392" w14:textId="77777777" w:rsidR="00866376" w:rsidRDefault="00000000">
            <w:r>
              <w:rPr>
                <w:b/>
              </w:rPr>
              <w:t>錯因</w:t>
            </w:r>
          </w:p>
        </w:tc>
        <w:tc>
          <w:tcPr>
            <w:tcW w:w="2880" w:type="dxa"/>
          </w:tcPr>
          <w:p w14:paraId="3BCB4E77" w14:textId="77777777" w:rsidR="00866376" w:rsidRDefault="00000000">
            <w:r>
              <w:rPr>
                <w:b/>
              </w:rPr>
              <w:t>常見於</w:t>
            </w:r>
          </w:p>
        </w:tc>
        <w:tc>
          <w:tcPr>
            <w:tcW w:w="2880" w:type="dxa"/>
          </w:tcPr>
          <w:p w14:paraId="018E10B0" w14:textId="77777777" w:rsidR="00866376" w:rsidRDefault="00000000">
            <w:r>
              <w:rPr>
                <w:b/>
              </w:rPr>
              <w:t>提醒</w:t>
            </w:r>
          </w:p>
        </w:tc>
      </w:tr>
      <w:tr w:rsidR="00866376" w14:paraId="5BCBAA70" w14:textId="77777777">
        <w:tc>
          <w:tcPr>
            <w:tcW w:w="2880" w:type="dxa"/>
          </w:tcPr>
          <w:p w14:paraId="4F24EF0F" w14:textId="77777777" w:rsidR="00866376" w:rsidRDefault="00000000">
            <w:r>
              <w:t>看錯資料</w:t>
            </w:r>
          </w:p>
        </w:tc>
        <w:tc>
          <w:tcPr>
            <w:tcW w:w="2880" w:type="dxa"/>
          </w:tcPr>
          <w:p w14:paraId="56F3FFD8" w14:textId="77777777" w:rsidR="00866376" w:rsidRDefault="00000000">
            <w:r>
              <w:t>Numerical</w:t>
            </w:r>
          </w:p>
        </w:tc>
        <w:tc>
          <w:tcPr>
            <w:tcW w:w="2880" w:type="dxa"/>
          </w:tcPr>
          <w:p w14:paraId="69AAE2CC" w14:textId="77777777" w:rsidR="00866376" w:rsidRDefault="00000000">
            <w:r>
              <w:t>先讀題再找數字</w:t>
            </w:r>
          </w:p>
        </w:tc>
      </w:tr>
      <w:tr w:rsidR="00866376" w14:paraId="103B23CA" w14:textId="77777777">
        <w:tc>
          <w:tcPr>
            <w:tcW w:w="2880" w:type="dxa"/>
          </w:tcPr>
          <w:p w14:paraId="2F566DF8" w14:textId="77777777" w:rsidR="00866376" w:rsidRDefault="00000000">
            <w:r>
              <w:t>常識帶入</w:t>
            </w:r>
          </w:p>
        </w:tc>
        <w:tc>
          <w:tcPr>
            <w:tcW w:w="2880" w:type="dxa"/>
          </w:tcPr>
          <w:p w14:paraId="21C5906C" w14:textId="77777777" w:rsidR="00866376" w:rsidRDefault="00000000">
            <w:r>
              <w:t>Verbal</w:t>
            </w:r>
          </w:p>
        </w:tc>
        <w:tc>
          <w:tcPr>
            <w:tcW w:w="2880" w:type="dxa"/>
          </w:tcPr>
          <w:p w14:paraId="33424418" w14:textId="77777777" w:rsidR="00866376" w:rsidRDefault="00000000">
            <w:r>
              <w:t>Cannot Say ≠ False</w:t>
            </w:r>
          </w:p>
        </w:tc>
      </w:tr>
      <w:tr w:rsidR="00866376" w14:paraId="394331CB" w14:textId="77777777">
        <w:tc>
          <w:tcPr>
            <w:tcW w:w="2880" w:type="dxa"/>
          </w:tcPr>
          <w:p w14:paraId="47D8B268" w14:textId="77777777" w:rsidR="00866376" w:rsidRDefault="00000000">
            <w:r>
              <w:t>單一規律</w:t>
            </w:r>
          </w:p>
        </w:tc>
        <w:tc>
          <w:tcPr>
            <w:tcW w:w="2880" w:type="dxa"/>
          </w:tcPr>
          <w:p w14:paraId="5F411832" w14:textId="77777777" w:rsidR="00866376" w:rsidRDefault="00000000">
            <w:r>
              <w:t>Logical</w:t>
            </w:r>
          </w:p>
        </w:tc>
        <w:tc>
          <w:tcPr>
            <w:tcW w:w="2880" w:type="dxa"/>
          </w:tcPr>
          <w:p w14:paraId="5F4A1CE4" w14:textId="77777777" w:rsidR="00866376" w:rsidRDefault="00000000">
            <w:pPr>
              <w:rPr>
                <w:lang w:eastAsia="zh-TW"/>
              </w:rPr>
            </w:pPr>
            <w:r>
              <w:rPr>
                <w:lang w:eastAsia="zh-TW"/>
              </w:rPr>
              <w:t>檢查數量、方向、顏色</w:t>
            </w:r>
          </w:p>
        </w:tc>
      </w:tr>
    </w:tbl>
    <w:p w14:paraId="61D9FFDA" w14:textId="77777777" w:rsidR="00866376" w:rsidRDefault="00866376">
      <w:pPr>
        <w:rPr>
          <w:lang w:eastAsia="zh-TW"/>
        </w:rPr>
      </w:pPr>
    </w:p>
    <w:p w14:paraId="03393680" w14:textId="77777777" w:rsidR="00866376" w:rsidRDefault="00000000">
      <w:pPr>
        <w:pStyle w:val="1"/>
      </w:pPr>
      <w:r>
        <w:t xml:space="preserve">AI </w:t>
      </w:r>
      <w:proofErr w:type="spellStart"/>
      <w:r>
        <w:t>使用界線</w:t>
      </w:r>
      <w:proofErr w:type="spellEnd"/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66376" w14:paraId="758599E9" w14:textId="77777777">
        <w:tc>
          <w:tcPr>
            <w:tcW w:w="4320" w:type="dxa"/>
          </w:tcPr>
          <w:p w14:paraId="44EC79FB" w14:textId="77777777" w:rsidR="00866376" w:rsidRDefault="00000000">
            <w:r>
              <w:rPr>
                <w:b/>
              </w:rPr>
              <w:t>可以做</w:t>
            </w:r>
          </w:p>
        </w:tc>
        <w:tc>
          <w:tcPr>
            <w:tcW w:w="4320" w:type="dxa"/>
          </w:tcPr>
          <w:p w14:paraId="3F1075D7" w14:textId="77777777" w:rsidR="00866376" w:rsidRDefault="00000000">
            <w:r>
              <w:rPr>
                <w:b/>
              </w:rPr>
              <w:t>不應做</w:t>
            </w:r>
          </w:p>
        </w:tc>
      </w:tr>
      <w:tr w:rsidR="00866376" w14:paraId="24C82D0E" w14:textId="77777777">
        <w:tc>
          <w:tcPr>
            <w:tcW w:w="4320" w:type="dxa"/>
          </w:tcPr>
          <w:p w14:paraId="216E7390" w14:textId="77777777" w:rsidR="00866376" w:rsidRDefault="00000000">
            <w:pPr>
              <w:rPr>
                <w:lang w:eastAsia="zh-TW"/>
              </w:rPr>
            </w:pPr>
            <w:r>
              <w:rPr>
                <w:lang w:eastAsia="zh-TW"/>
              </w:rPr>
              <w:t>預測題型、原創類似題、錯題分析</w:t>
            </w:r>
          </w:p>
        </w:tc>
        <w:tc>
          <w:tcPr>
            <w:tcW w:w="4320" w:type="dxa"/>
          </w:tcPr>
          <w:p w14:paraId="25540ECA" w14:textId="77777777" w:rsidR="00866376" w:rsidRDefault="00000000">
            <w:proofErr w:type="spellStart"/>
            <w:r>
              <w:t>正式測試代答</w:t>
            </w:r>
            <w:proofErr w:type="spellEnd"/>
          </w:p>
        </w:tc>
      </w:tr>
      <w:tr w:rsidR="00866376" w14:paraId="1A27A79D" w14:textId="77777777">
        <w:tc>
          <w:tcPr>
            <w:tcW w:w="4320" w:type="dxa"/>
          </w:tcPr>
          <w:p w14:paraId="2E754B7A" w14:textId="77777777" w:rsidR="00866376" w:rsidRDefault="00000000">
            <w:r>
              <w:t>課後官方 sample 練習</w:t>
            </w:r>
          </w:p>
        </w:tc>
        <w:tc>
          <w:tcPr>
            <w:tcW w:w="4320" w:type="dxa"/>
          </w:tcPr>
          <w:p w14:paraId="64DD558B" w14:textId="77777777" w:rsidR="00866376" w:rsidRDefault="00000000">
            <w:pPr>
              <w:rPr>
                <w:lang w:eastAsia="zh-TW"/>
              </w:rPr>
            </w:pPr>
            <w:r>
              <w:rPr>
                <w:lang w:eastAsia="zh-TW"/>
              </w:rPr>
              <w:t>上傳測評截圖／保密原題</w:t>
            </w:r>
          </w:p>
        </w:tc>
      </w:tr>
    </w:tbl>
    <w:p w14:paraId="7E55FE02" w14:textId="77777777" w:rsidR="00866376" w:rsidRDefault="00866376">
      <w:pPr>
        <w:rPr>
          <w:lang w:eastAsia="zh-TW"/>
        </w:rPr>
      </w:pPr>
    </w:p>
    <w:p w14:paraId="43FE99F9" w14:textId="77777777" w:rsidR="00866376" w:rsidRDefault="00000000">
      <w:pPr>
        <w:pStyle w:val="1"/>
      </w:pPr>
      <w:proofErr w:type="spellStart"/>
      <w:r>
        <w:t>課後檢查</w:t>
      </w:r>
      <w:proofErr w:type="spellEnd"/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66376" w14:paraId="7365E732" w14:textId="77777777">
        <w:tc>
          <w:tcPr>
            <w:tcW w:w="4320" w:type="dxa"/>
          </w:tcPr>
          <w:p w14:paraId="1965BA0E" w14:textId="77777777" w:rsidR="00866376" w:rsidRDefault="00000000">
            <w:r>
              <w:rPr>
                <w:b/>
              </w:rPr>
              <w:t>項目</w:t>
            </w:r>
          </w:p>
        </w:tc>
        <w:tc>
          <w:tcPr>
            <w:tcW w:w="4320" w:type="dxa"/>
          </w:tcPr>
          <w:p w14:paraId="6E9F6155" w14:textId="77777777" w:rsidR="00866376" w:rsidRDefault="00000000">
            <w:r>
              <w:rPr>
                <w:b/>
              </w:rPr>
              <w:t>完成</w:t>
            </w:r>
          </w:p>
        </w:tc>
      </w:tr>
      <w:tr w:rsidR="00866376" w14:paraId="0D04DCAE" w14:textId="77777777">
        <w:tc>
          <w:tcPr>
            <w:tcW w:w="4320" w:type="dxa"/>
          </w:tcPr>
          <w:p w14:paraId="276369F8" w14:textId="77777777" w:rsidR="00866376" w:rsidRDefault="00000000">
            <w:r>
              <w:t>第三～五段完成，Gemini 對話中有表格產出</w:t>
            </w:r>
          </w:p>
        </w:tc>
        <w:tc>
          <w:tcPr>
            <w:tcW w:w="4320" w:type="dxa"/>
          </w:tcPr>
          <w:p w14:paraId="2BE50BDD" w14:textId="77777777" w:rsidR="00866376" w:rsidRDefault="00000000">
            <w:r>
              <w:t>□</w:t>
            </w:r>
          </w:p>
        </w:tc>
      </w:tr>
      <w:tr w:rsidR="00866376" w14:paraId="1B7C77A7" w14:textId="77777777">
        <w:tc>
          <w:tcPr>
            <w:tcW w:w="4320" w:type="dxa"/>
          </w:tcPr>
          <w:p w14:paraId="0E92A5F4" w14:textId="77777777" w:rsidR="00866376" w:rsidRDefault="00000000">
            <w:pPr>
              <w:rPr>
                <w:lang w:eastAsia="zh-TW"/>
              </w:rPr>
            </w:pPr>
            <w:r>
              <w:rPr>
                <w:lang w:eastAsia="zh-TW"/>
              </w:rPr>
              <w:t>說得出 2 個 AI 可做與 2 個不應做</w:t>
            </w:r>
          </w:p>
        </w:tc>
        <w:tc>
          <w:tcPr>
            <w:tcW w:w="4320" w:type="dxa"/>
          </w:tcPr>
          <w:p w14:paraId="2AF53199" w14:textId="77777777" w:rsidR="00866376" w:rsidRDefault="00000000">
            <w:r>
              <w:t>□</w:t>
            </w:r>
          </w:p>
        </w:tc>
      </w:tr>
    </w:tbl>
    <w:p w14:paraId="1106F692" w14:textId="77777777" w:rsidR="00866376" w:rsidRDefault="00866376"/>
    <w:p w14:paraId="532DFBA8" w14:textId="77777777" w:rsidR="00866376" w:rsidRDefault="00000000">
      <w:r>
        <w:br w:type="page"/>
      </w:r>
    </w:p>
    <w:p w14:paraId="261C33D9" w14:textId="77777777" w:rsidR="00866376" w:rsidRDefault="00000000">
      <w:pPr>
        <w:pStyle w:val="1"/>
      </w:pPr>
      <w:r>
        <w:lastRenderedPageBreak/>
        <w:t>附錄</w:t>
      </w:r>
      <w:r>
        <w:t xml:space="preserve"> A</w:t>
      </w:r>
      <w:r>
        <w:t>：課後</w:t>
      </w:r>
      <w:r>
        <w:t xml:space="preserve"> Practise </w:t>
      </w:r>
      <w:r>
        <w:t>加強（</w:t>
      </w:r>
      <w:r>
        <w:t>05</w:t>
      </w:r>
      <w:r>
        <w:t>）</w:t>
      </w:r>
    </w:p>
    <w:p w14:paraId="22FDE12D" w14:textId="77777777" w:rsidR="00866376" w:rsidRDefault="00000000">
      <w:r>
        <w:t>開新對話使用 prompts/05-practise-full-mock-14-questions.txt</w:t>
      </w:r>
    </w:p>
    <w:p w14:paraId="00B450EC" w14:textId="77777777" w:rsidR="00866376" w:rsidRDefault="00000000">
      <w:pPr>
        <w:pStyle w:val="31"/>
      </w:pPr>
      <w:r>
        <w:t>Prompt 05 — Full mock</w:t>
      </w:r>
    </w:p>
    <w:p w14:paraId="20910B7C" w14:textId="77777777" w:rsidR="00866376" w:rsidRDefault="00000000">
      <w:pPr>
        <w:spacing w:before="80" w:after="160"/>
        <w:ind w:left="227"/>
      </w:pPr>
      <w:r>
        <w:rPr>
          <w:rFonts w:ascii="Consolas" w:eastAsia="Consolas" w:hAnsi="Consolas"/>
          <w:sz w:val="17"/>
        </w:rPr>
        <w:t>Please create a full Aptitude Test mock for a fresh graduate (about 14 questions total).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Test design (REQUIRED)</w:t>
      </w:r>
      <w:r>
        <w:rPr>
          <w:rFonts w:ascii="Consolas" w:eastAsia="Consolas" w:hAnsi="Consolas"/>
          <w:sz w:val="17"/>
        </w:rPr>
        <w:br/>
        <w:t>- Run **by section** — present ONE section at a time; wait for all my answers in that section before the next</w:t>
      </w:r>
      <w:r>
        <w:rPr>
          <w:rFonts w:ascii="Consolas" w:eastAsia="Consolas" w:hAnsi="Consolas"/>
          <w:sz w:val="17"/>
        </w:rPr>
        <w:br/>
        <w:t>- Original practice questions at graduate difficulty</w:t>
      </w:r>
      <w:r>
        <w:rPr>
          <w:rFonts w:ascii="Consolas" w:eastAsia="Consolas" w:hAnsi="Consolas"/>
          <w:sz w:val="17"/>
        </w:rPr>
        <w:br/>
        <w:t>- Industry-relevant scenarios where appropriate (e.g. banking, retail, consulting); suitable for entry-level / graduate applicants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Sections (include ALL four)</w:t>
      </w:r>
      <w:r>
        <w:rPr>
          <w:rFonts w:ascii="Consolas" w:eastAsia="Consolas" w:hAnsi="Consolas"/>
          <w:sz w:val="17"/>
        </w:rPr>
        <w:br/>
        <w:t>1. **Numerical Reasoning**: 4 questions (table or chart; 4 options A–D each)</w:t>
      </w:r>
      <w:r>
        <w:rPr>
          <w:rFonts w:ascii="Consolas" w:eastAsia="Consolas" w:hAnsi="Consolas"/>
          <w:sz w:val="17"/>
        </w:rPr>
        <w:br/>
        <w:t>2. **Verbal Reasoning**: 4 questions (short passage; True / False / Cannot Say; 4 options each)</w:t>
      </w:r>
      <w:r>
        <w:rPr>
          <w:rFonts w:ascii="Consolas" w:eastAsia="Consolas" w:hAnsi="Consolas"/>
          <w:sz w:val="17"/>
        </w:rPr>
        <w:br/>
        <w:t>3. **Logical / Abstract Reasoning**: 3 questions (pattern or sequence; 4 options A–D)</w:t>
      </w:r>
      <w:r>
        <w:rPr>
          <w:rFonts w:ascii="Consolas" w:eastAsia="Consolas" w:hAnsi="Consolas"/>
          <w:sz w:val="17"/>
        </w:rPr>
        <w:br/>
        <w:t>4. **Situational Judgment Test (SJT)**: **3 questions** — workplace scenario (3–5 sentences) + which action is MOST or LEAST effective (state which); 4 plausible options A–D; generic company names only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SJT rules</w:t>
      </w:r>
      <w:r>
        <w:rPr>
          <w:rFonts w:ascii="Consolas" w:eastAsia="Consolas" w:hAnsi="Consolas"/>
          <w:sz w:val="17"/>
        </w:rPr>
        <w:br/>
        <w:t>- Short workplace scenarios; no real employer names</w:t>
      </w:r>
      <w:r>
        <w:rPr>
          <w:rFonts w:ascii="Consolas" w:eastAsia="Consolas" w:hAnsi="Consolas"/>
          <w:sz w:val="17"/>
        </w:rPr>
        <w:br/>
        <w:t>- Options must be plausible professional actions, not obvious jokes</w:t>
      </w:r>
      <w:r>
        <w:rPr>
          <w:rFonts w:ascii="Consolas" w:eastAsia="Consolas" w:hAnsi="Consolas"/>
          <w:sz w:val="17"/>
        </w:rPr>
        <w:br/>
        <w:t>- Test judgement, priorities, professionalism, or teamwork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How to run (IMPORTANT)</w:t>
      </w:r>
      <w:r>
        <w:rPr>
          <w:rFonts w:ascii="Consolas" w:eastAsia="Consolas" w:hAnsi="Consolas"/>
          <w:sz w:val="17"/>
        </w:rPr>
        <w:br/>
        <w:t>1. Present ONE section at a time; hold answers and explanations until I submit that section</w:t>
      </w:r>
      <w:r>
        <w:rPr>
          <w:rFonts w:ascii="Consolas" w:eastAsia="Consolas" w:hAnsi="Consolas"/>
          <w:sz w:val="17"/>
        </w:rPr>
        <w:br/>
        <w:t>2. After each section, wait for my reply:</w:t>
      </w:r>
      <w:r>
        <w:rPr>
          <w:rFonts w:ascii="Consolas" w:eastAsia="Consolas" w:hAnsi="Consolas"/>
          <w:sz w:val="17"/>
        </w:rPr>
        <w:br/>
        <w:t xml:space="preserve">   Q1: [answer] | sure/unsure</w:t>
      </w:r>
      <w:r>
        <w:rPr>
          <w:rFonts w:ascii="Consolas" w:eastAsia="Consolas" w:hAnsi="Consolas"/>
          <w:sz w:val="17"/>
        </w:rPr>
        <w:br/>
        <w:t xml:space="preserve">   Q2: ...</w:t>
      </w:r>
      <w:r>
        <w:rPr>
          <w:rFonts w:ascii="Consolas" w:eastAsia="Consolas" w:hAnsi="Consolas"/>
          <w:sz w:val="17"/>
        </w:rPr>
        <w:br/>
        <w:t>3. Only after I finish **ALL four sections**, provide scoring and diagnosis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After I finish all sections, diagnose my weak areas and suggest what to practise tomorrow.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Results format (REQUIRED)</w:t>
      </w:r>
      <w:r>
        <w:rPr>
          <w:rFonts w:ascii="Consolas" w:eastAsia="Consolas" w:hAnsi="Consolas"/>
          <w:sz w:val="17"/>
        </w:rPr>
        <w:br/>
        <w:t>Present the final results in the chat using markdown TABLES. Include at least:</w:t>
      </w:r>
      <w:r>
        <w:rPr>
          <w:rFonts w:ascii="Consolas" w:eastAsia="Consolas" w:hAnsi="Consolas"/>
          <w:sz w:val="17"/>
        </w:rPr>
        <w:br/>
        <w:t>- Results summary table (section, score, sure/unsure)</w:t>
      </w:r>
      <w:r>
        <w:rPr>
          <w:rFonts w:ascii="Consolas" w:eastAsia="Consolas" w:hAnsi="Consolas"/>
          <w:sz w:val="17"/>
        </w:rPr>
        <w:br/>
        <w:t>- Question-by-question table (Q#, type, **question stem**, my answer, correct, result, error type, reminder)</w:t>
      </w:r>
      <w:r>
        <w:rPr>
          <w:rFonts w:ascii="Consolas" w:eastAsia="Consolas" w:hAnsi="Consolas"/>
          <w:sz w:val="17"/>
        </w:rPr>
        <w:br/>
        <w:t>- Next actions table (priority, weak skill, suggested practice, when)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In the question-by-question table, each row must include the full question text in the Question column (Verbal: passage + statement; Numerical: data + question; SJT: scenario + question).</w:t>
      </w:r>
      <w:r>
        <w:rPr>
          <w:rFonts w:ascii="Consolas" w:eastAsia="Consolas" w:hAnsi="Consolas"/>
          <w:sz w:val="17"/>
        </w:rPr>
        <w:br/>
        <w:t>Use Traditional Chinese for table headers in your reply.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Start now with Section 1: Numerical Reasoning. Show Question 1 only.</w:t>
      </w:r>
    </w:p>
    <w:p w14:paraId="77724BCB" w14:textId="77777777" w:rsidR="00866376" w:rsidRDefault="00000000">
      <w:pPr>
        <w:pStyle w:val="1"/>
      </w:pPr>
      <w:r>
        <w:lastRenderedPageBreak/>
        <w:t>附錄</w:t>
      </w:r>
      <w:r>
        <w:t xml:space="preserve"> B</w:t>
      </w:r>
      <w:r>
        <w:t>：投考</w:t>
      </w:r>
      <w:r>
        <w:t xml:space="preserve"> CRE</w:t>
      </w:r>
      <w:r>
        <w:t>／公務員（</w:t>
      </w:r>
      <w:r>
        <w:t>06</w:t>
      </w:r>
      <w:r>
        <w:t>）</w:t>
      </w:r>
    </w:p>
    <w:p w14:paraId="76D2957A" w14:textId="77777777" w:rsidR="00866376" w:rsidRDefault="00000000">
      <w:r>
        <w:t>Predict 時以 06 取代 00，接在 01 的 [paste here] 之後。</w:t>
      </w:r>
    </w:p>
    <w:p w14:paraId="07BD731E" w14:textId="77777777" w:rsidR="00866376" w:rsidRDefault="00000000">
      <w:pPr>
        <w:pStyle w:val="31"/>
      </w:pPr>
      <w:r>
        <w:t>Prompt 06 — CRE AT context</w:t>
      </w:r>
    </w:p>
    <w:p w14:paraId="09F5FAE0" w14:textId="77777777" w:rsidR="00866376" w:rsidRDefault="00000000">
      <w:pPr>
        <w:spacing w:before="80" w:after="160"/>
        <w:ind w:left="227"/>
      </w:pPr>
      <w:r>
        <w:rPr>
          <w:rFonts w:ascii="Consolas" w:eastAsia="Consolas" w:hAnsi="Consolas"/>
          <w:sz w:val="17"/>
        </w:rPr>
        <w:t>Hong Kong Civil Service — Common Recruitment Examination (CRE)</w:t>
      </w:r>
      <w:r>
        <w:rPr>
          <w:rFonts w:ascii="Consolas" w:eastAsia="Consolas" w:hAnsi="Consolas"/>
          <w:sz w:val="17"/>
        </w:rPr>
        <w:br/>
        <w:t>Aptitude Test (AT) — degree / professional grade recruitment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Exam format (for prediction only):</w:t>
      </w:r>
      <w:r>
        <w:rPr>
          <w:rFonts w:ascii="Consolas" w:eastAsia="Consolas" w:hAnsi="Consolas"/>
          <w:sz w:val="17"/>
        </w:rPr>
        <w:br/>
        <w:t>- 45 minutes, 35 multiple-choice questions, no negative marking</w:t>
      </w:r>
      <w:r>
        <w:rPr>
          <w:rFonts w:ascii="Consolas" w:eastAsia="Consolas" w:hAnsi="Consolas"/>
          <w:sz w:val="17"/>
        </w:rPr>
        <w:br/>
        <w:t>- ~1.2 minutes per question on average</w:t>
      </w:r>
      <w:r>
        <w:rPr>
          <w:rFonts w:ascii="Consolas" w:eastAsia="Consolas" w:hAnsi="Consolas"/>
          <w:sz w:val="17"/>
        </w:rPr>
        <w:br/>
        <w:t>- Pass / Fail only; result valid permanently</w:t>
      </w:r>
      <w:r>
        <w:rPr>
          <w:rFonts w:ascii="Consolas" w:eastAsia="Consolas" w:hAnsi="Consolas"/>
          <w:sz w:val="17"/>
        </w:rPr>
        <w:br/>
        <w:t>- No exemption (all applicants must pass AT)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Question types (approximate):</w:t>
      </w:r>
      <w:r>
        <w:rPr>
          <w:rFonts w:ascii="Consolas" w:eastAsia="Consolas" w:hAnsi="Consolas"/>
          <w:sz w:val="17"/>
        </w:rPr>
        <w:br/>
        <w:t>- Diagrammatic / deductive reasoning (~8): symbols, rules, next step in a flow</w:t>
      </w:r>
      <w:r>
        <w:rPr>
          <w:rFonts w:ascii="Consolas" w:eastAsia="Consolas" w:hAnsi="Consolas"/>
          <w:sz w:val="17"/>
        </w:rPr>
        <w:br/>
        <w:t>- Data sufficiency (~8): judge if two conditions are ENOUGH to answer (not calculate final value)</w:t>
      </w:r>
      <w:r>
        <w:rPr>
          <w:rFonts w:ascii="Consolas" w:eastAsia="Consolas" w:hAnsi="Consolas"/>
          <w:sz w:val="17"/>
        </w:rPr>
        <w:br/>
        <w:t>- Verbal reasoning in English (~6): True / False / Cannot be determined</w:t>
      </w:r>
      <w:r>
        <w:rPr>
          <w:rFonts w:ascii="Consolas" w:eastAsia="Consolas" w:hAnsi="Consolas"/>
          <w:sz w:val="17"/>
        </w:rPr>
        <w:br/>
        <w:t>- Numerical reasoning (~5): number sequence patterns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I am preparing for this AT as part of CRE. Please help me PREDICT practice priorities.</w:t>
      </w:r>
    </w:p>
    <w:p w14:paraId="3CA626F6" w14:textId="77777777" w:rsidR="00866376" w:rsidRDefault="00000000">
      <w:pPr>
        <w:pStyle w:val="1"/>
      </w:pPr>
      <w:r>
        <w:t>附錄</w:t>
      </w:r>
      <w:r>
        <w:t xml:space="preserve"> C</w:t>
      </w:r>
      <w:r>
        <w:t>：微調追加句（</w:t>
      </w:r>
      <w:r>
        <w:t>90</w:t>
      </w:r>
      <w:r>
        <w:t>）</w:t>
      </w:r>
    </w:p>
    <w:p w14:paraId="4D317F10" w14:textId="77777777" w:rsidR="00866376" w:rsidRDefault="00000000">
      <w:pPr>
        <w:pStyle w:val="31"/>
      </w:pPr>
      <w:r>
        <w:t>Prompt 90 — Fix append lines</w:t>
      </w:r>
    </w:p>
    <w:p w14:paraId="7EE45E87" w14:textId="77777777" w:rsidR="00866376" w:rsidRDefault="00000000">
      <w:pPr>
        <w:spacing w:before="80" w:after="160"/>
        <w:ind w:left="227"/>
      </w:pPr>
      <w:r>
        <w:rPr>
          <w:rFonts w:ascii="Consolas" w:eastAsia="Consolas" w:hAnsi="Consolas"/>
          <w:sz w:val="17"/>
        </w:rPr>
        <w:t># 常見追加句（Gemini 未按預期回覆時，貼在對話末尾再送一次）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繁體中文（Predict / Diagnose）</w:t>
      </w:r>
      <w:r>
        <w:rPr>
          <w:rFonts w:ascii="Consolas" w:eastAsia="Consolas" w:hAnsi="Consolas"/>
          <w:sz w:val="17"/>
        </w:rPr>
        <w:br/>
        <w:t>請改用繁體中文（香港用語）回覆。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表格輸出（Predict）</w:t>
      </w:r>
      <w:r>
        <w:rPr>
          <w:rFonts w:ascii="Consolas" w:eastAsia="Consolas" w:hAnsi="Consolas"/>
          <w:sz w:val="17"/>
        </w:rPr>
        <w:br/>
        <w:t>請用 markdown 表格呈現預測結果，不要只用長段落。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Practise 英文成績表</w:t>
      </w:r>
      <w:r>
        <w:rPr>
          <w:rFonts w:ascii="Consolas" w:eastAsia="Consolas" w:hAnsi="Consolas"/>
          <w:sz w:val="17"/>
        </w:rPr>
        <w:br/>
        <w:t>Please reply in English, including table headers and all cell content.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Practise 合併為一張表</w:t>
      </w:r>
      <w:r>
        <w:rPr>
          <w:rFonts w:ascii="Consolas" w:eastAsia="Consolas" w:hAnsi="Consolas"/>
          <w:sz w:val="17"/>
        </w:rPr>
        <w:br/>
        <w:t>Please put Q1, Q2, and the TOTAL row in one markdown table (Practice results).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Diagnose 合併為一張表</w:t>
      </w:r>
      <w:r>
        <w:rPr>
          <w:rFonts w:ascii="Consolas" w:eastAsia="Consolas" w:hAnsi="Consolas"/>
          <w:sz w:val="17"/>
        </w:rPr>
        <w:br/>
        <w:t>Please present ALL diagnosis in ONE markdown table with Q rows, TOTAL, REMINDER 1-3, FOLLOW-UP 1-2, ACTION 1-3.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Diagnose 逐步推理</w:t>
      </w:r>
      <w:r>
        <w:rPr>
          <w:rFonts w:ascii="Consolas" w:eastAsia="Consolas" w:hAnsi="Consolas"/>
          <w:sz w:val="17"/>
        </w:rPr>
        <w:br/>
        <w:t>Please walk through reasoning step by step in the Reasoning column; do not give only the final answer.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題幹欄位完整</w:t>
      </w:r>
      <w:r>
        <w:rPr>
          <w:rFonts w:ascii="Consolas" w:eastAsia="Consolas" w:hAnsi="Consolas"/>
          <w:sz w:val="17"/>
        </w:rPr>
        <w:br/>
        <w:t>請在 Question 欄填入完整題幹（Verbal 含短文與陳述；Numerical 含資料與問題；SJT 含情境）。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lastRenderedPageBreak/>
        <w:t>## 逐題節奏（Demo Practise）</w:t>
      </w:r>
      <w:r>
        <w:rPr>
          <w:rFonts w:ascii="Consolas" w:eastAsia="Consolas" w:hAnsi="Consolas"/>
          <w:sz w:val="17"/>
        </w:rPr>
        <w:br/>
        <w:t>請逐題出題：每次只出 1 題，等我回覆後再出下一題，Practise 階段不要給解析。</w:t>
      </w:r>
      <w:r>
        <w:rPr>
          <w:rFonts w:ascii="Consolas" w:eastAsia="Consolas" w:hAnsi="Consolas"/>
          <w:sz w:val="17"/>
        </w:rPr>
        <w:br/>
      </w:r>
      <w:r>
        <w:rPr>
          <w:rFonts w:ascii="Consolas" w:eastAsia="Consolas" w:hAnsi="Consolas"/>
          <w:sz w:val="17"/>
        </w:rPr>
        <w:br/>
        <w:t>## 簡潔回覆</w:t>
      </w:r>
      <w:r>
        <w:rPr>
          <w:rFonts w:ascii="Consolas" w:eastAsia="Consolas" w:hAnsi="Consolas"/>
          <w:sz w:val="17"/>
        </w:rPr>
        <w:br/>
        <w:t>請用條列式，每點不超過兩句。</w:t>
      </w:r>
    </w:p>
    <w:sectPr w:rsidR="0086637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0894536">
    <w:abstractNumId w:val="8"/>
  </w:num>
  <w:num w:numId="2" w16cid:durableId="1059209639">
    <w:abstractNumId w:val="6"/>
  </w:num>
  <w:num w:numId="3" w16cid:durableId="276446938">
    <w:abstractNumId w:val="5"/>
  </w:num>
  <w:num w:numId="4" w16cid:durableId="389038721">
    <w:abstractNumId w:val="4"/>
  </w:num>
  <w:num w:numId="5" w16cid:durableId="1621837213">
    <w:abstractNumId w:val="7"/>
  </w:num>
  <w:num w:numId="6" w16cid:durableId="1489588724">
    <w:abstractNumId w:val="3"/>
  </w:num>
  <w:num w:numId="7" w16cid:durableId="583689844">
    <w:abstractNumId w:val="2"/>
  </w:num>
  <w:num w:numId="8" w16cid:durableId="932009657">
    <w:abstractNumId w:val="1"/>
  </w:num>
  <w:num w:numId="9" w16cid:durableId="209886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21F3"/>
    <w:rsid w:val="0029639D"/>
    <w:rsid w:val="00326F90"/>
    <w:rsid w:val="00866376"/>
    <w:rsid w:val="00A34F9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922EA2"/>
  <w14:defaultImageDpi w14:val="300"/>
  <w15:docId w15:val="{5BC75BAD-3F42-40A6-AD67-B4A36099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7A3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B57A3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B57A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carlc</dc:creator>
  <cp:keywords/>
  <dc:description>generated by python-docx</dc:description>
  <cp:lastModifiedBy>carl chan</cp:lastModifiedBy>
  <cp:revision>2</cp:revision>
  <dcterms:created xsi:type="dcterms:W3CDTF">2013-12-23T23:15:00Z</dcterms:created>
  <dcterms:modified xsi:type="dcterms:W3CDTF">2026-06-29T17:23:00Z</dcterms:modified>
  <cp:category/>
</cp:coreProperties>
</file>